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5253D" w14:textId="77777777" w:rsidR="00DA33C2" w:rsidRPr="00DA33C2" w:rsidRDefault="00000000" w:rsidP="00DA33C2">
      <w:pPr>
        <w:pStyle w:val="Title"/>
        <w:jc w:val="center"/>
      </w:pPr>
      <w:r>
        <w:t xml:space="preserve">Takht </w:t>
      </w:r>
      <w:proofErr w:type="spellStart"/>
      <w:r>
        <w:t>Sachkhand</w:t>
      </w:r>
      <w:proofErr w:type="spellEnd"/>
      <w:r>
        <w:t xml:space="preserve"> Sri </w:t>
      </w:r>
      <w:proofErr w:type="spellStart"/>
      <w:r>
        <w:t>Hazur</w:t>
      </w:r>
      <w:proofErr w:type="spellEnd"/>
      <w:r>
        <w:t xml:space="preserve"> Sahib </w:t>
      </w:r>
      <w:proofErr w:type="spellStart"/>
      <w:r w:rsidR="00DA33C2" w:rsidRPr="00DA33C2">
        <w:t>Panthic</w:t>
      </w:r>
      <w:proofErr w:type="spellEnd"/>
      <w:r w:rsidR="00DA33C2" w:rsidRPr="00DA33C2">
        <w:t xml:space="preserve"> Autonomy Initiative:</w:t>
      </w:r>
    </w:p>
    <w:p w14:paraId="03A6B924" w14:textId="65D24DF4" w:rsidR="004E3F76" w:rsidRDefault="004E3F76">
      <w:pPr>
        <w:pStyle w:val="Title"/>
        <w:jc w:val="center"/>
      </w:pPr>
    </w:p>
    <w:p w14:paraId="1A94E469" w14:textId="69844D9C" w:rsidR="00ED163D" w:rsidRDefault="00000000" w:rsidP="003C70E5">
      <w:r>
        <w:rPr>
          <w:b/>
          <w:bCs/>
        </w:rPr>
        <w:t>Public Release / Volunteer Participation Message:</w:t>
      </w:r>
      <w:r>
        <w:t xml:space="preserve"> As we prepare to launch </w:t>
      </w:r>
      <w:r>
        <w:rPr>
          <w:b/>
          <w:bCs/>
        </w:rPr>
        <w:t>hazursahibproject.org</w:t>
      </w:r>
      <w:r>
        <w:t xml:space="preserve">, these documents are being shared publicly so that Gurdwaras, Sikh organizations, </w:t>
      </w:r>
      <w:proofErr w:type="spellStart"/>
      <w:r>
        <w:t>sewadars</w:t>
      </w:r>
      <w:proofErr w:type="spellEnd"/>
      <w:r>
        <w:t xml:space="preserve">, Sangat members, volunteers, and other concerned individuals may review </w:t>
      </w:r>
      <w:r w:rsidRPr="00FC4F27">
        <w:t xml:space="preserve">the enclosed materials regarding the Takht </w:t>
      </w:r>
      <w:proofErr w:type="spellStart"/>
      <w:r w:rsidRPr="00FC4F27">
        <w:t>Sachkhand</w:t>
      </w:r>
      <w:proofErr w:type="spellEnd"/>
      <w:r w:rsidRPr="00FC4F27">
        <w:t xml:space="preserve"> Sri </w:t>
      </w:r>
      <w:proofErr w:type="spellStart"/>
      <w:r w:rsidRPr="00FC4F27">
        <w:t>Hazur</w:t>
      </w:r>
      <w:proofErr w:type="spellEnd"/>
      <w:r w:rsidRPr="00FC4F27">
        <w:t xml:space="preserve"> Sahib </w:t>
      </w:r>
      <w:proofErr w:type="spellStart"/>
      <w:r w:rsidRPr="00FC4F27">
        <w:t>Panthic</w:t>
      </w:r>
      <w:proofErr w:type="spellEnd"/>
      <w:r w:rsidRPr="00FC4F27">
        <w:t xml:space="preserve"> Autonomy Initiative</w:t>
      </w:r>
      <w:r w:rsidR="00E33D16" w:rsidRPr="00E33D16">
        <w:t>. If</w:t>
      </w:r>
      <w:r>
        <w:t xml:space="preserve"> they </w:t>
      </w:r>
      <w:r w:rsidRPr="00FC4F27">
        <w:t>agree with the principle</w:t>
      </w:r>
      <w:r>
        <w:t xml:space="preserve">, </w:t>
      </w:r>
      <w:r w:rsidR="00E33D16" w:rsidRPr="00E33D16">
        <w:t xml:space="preserve">they are respectfully requested to support the initiative </w:t>
      </w:r>
      <w:r>
        <w:t xml:space="preserve">voluntarily </w:t>
      </w:r>
      <w:r w:rsidRPr="00FC4F27">
        <w:t>and optionally</w:t>
      </w:r>
      <w:r w:rsidR="00E33D16" w:rsidRPr="00E33D16">
        <w:t>.</w:t>
      </w:r>
      <w:r>
        <w:t xml:space="preserve"> Support may be shown by signing the letter or endorsement form, sending </w:t>
      </w:r>
      <w:proofErr w:type="gramStart"/>
      <w:r>
        <w:t>a respectful</w:t>
      </w:r>
      <w:proofErr w:type="gramEnd"/>
      <w:r>
        <w:t xml:space="preserve"> </w:t>
      </w:r>
      <w:r w:rsidRPr="00FC4F27">
        <w:t>communication</w:t>
      </w:r>
      <w:r>
        <w:t xml:space="preserve"> to the Government, </w:t>
      </w:r>
      <w:r w:rsidRPr="00FC4F27">
        <w:t>recording</w:t>
      </w:r>
      <w:r>
        <w:t xml:space="preserve"> a short video clip in one’s own </w:t>
      </w:r>
      <w:r w:rsidRPr="00FC4F27">
        <w:t>language or wording</w:t>
      </w:r>
      <w:r>
        <w:t xml:space="preserve">, sharing </w:t>
      </w:r>
      <w:r w:rsidRPr="00FC4F27">
        <w:t>these</w:t>
      </w:r>
      <w:r>
        <w:t xml:space="preserve"> materials with others, or inviting others to take similar voluntary action. </w:t>
      </w:r>
      <w:r w:rsidRPr="00FC4F27">
        <w:t xml:space="preserve">Forms may be completed, signed, scanned, or returned electronically as appropriate. </w:t>
      </w:r>
      <w:r>
        <w:t>All participation is optional, peaceful, lawful, and based on each person’s or organization’s own independent judgment.</w:t>
      </w:r>
      <w:r w:rsidRPr="00FC4F27">
        <w:t xml:space="preserve"> Please send completed forms, copies of letters, or related support materials to </w:t>
      </w:r>
      <w:hyperlink r:id="rId6" w:history="1">
        <w:r w:rsidR="00DB7275" w:rsidRPr="00E9043F">
          <w:rPr>
            <w:rStyle w:val="Hyperlink"/>
            <w:b/>
            <w:bCs/>
          </w:rPr>
          <w:t>hazursahibproject@proton.me</w:t>
        </w:r>
      </w:hyperlink>
      <w:r w:rsidRPr="00FC4F27">
        <w:t>.</w:t>
      </w:r>
    </w:p>
    <w:p w14:paraId="271F6238" w14:textId="77777777" w:rsidR="00D76619" w:rsidRDefault="00D76619" w:rsidP="00D76619">
      <w:pPr>
        <w:pStyle w:val="Heading1"/>
        <w:rPr>
          <w:kern w:val="36"/>
          <w:szCs w:val="30"/>
          <w:lang w:bidi="pa-IN"/>
          <w14:ligatures w14:val="standardContextual"/>
        </w:rPr>
      </w:pPr>
      <w:r>
        <w:t>1. Statement and Appeal for Support</w:t>
      </w:r>
    </w:p>
    <w:p w14:paraId="4AD9A7EE" w14:textId="77777777" w:rsidR="001C47D5" w:rsidRDefault="001C47D5" w:rsidP="001C47D5">
      <w:r>
        <w:rPr>
          <w:b/>
        </w:rPr>
        <w:t>Statement of Principle:</w:t>
      </w:r>
      <w:r>
        <w:t xml:space="preserve"> Takht </w:t>
      </w:r>
      <w:proofErr w:type="spellStart"/>
      <w:r>
        <w:t>Sachkhand</w:t>
      </w:r>
      <w:proofErr w:type="spellEnd"/>
      <w:r>
        <w:t xml:space="preserve"> Sri </w:t>
      </w:r>
      <w:proofErr w:type="spellStart"/>
      <w:r>
        <w:t>Hazur</w:t>
      </w:r>
      <w:proofErr w:type="spellEnd"/>
      <w:r>
        <w:t xml:space="preserve"> </w:t>
      </w:r>
      <w:proofErr w:type="spellStart"/>
      <w:r>
        <w:t>Abchalnagar</w:t>
      </w:r>
      <w:proofErr w:type="spellEnd"/>
      <w:r>
        <w:t xml:space="preserve"> Sahib, Nanded, is one of the Panj Takht </w:t>
      </w:r>
      <w:proofErr w:type="spellStart"/>
      <w:r>
        <w:t>Sahibaan</w:t>
      </w:r>
      <w:proofErr w:type="spellEnd"/>
      <w:r>
        <w:t xml:space="preserve"> of the Sikh (Khalsa) Panth and holds a sacred place in Sikh history, memory, Maryada, and collective responsibility. Its authority is not merely administrative; it is deeply spiritual, institutional, and </w:t>
      </w:r>
      <w:proofErr w:type="spellStart"/>
      <w:r>
        <w:t>Panthic</w:t>
      </w:r>
      <w:proofErr w:type="spellEnd"/>
      <w:r>
        <w:t xml:space="preserve">. The religious authority, Maryada, internal affairs, institutional dignity, properties, traditions, management, and governance of Takht Sri </w:t>
      </w:r>
      <w:proofErr w:type="spellStart"/>
      <w:r>
        <w:t>Hazur</w:t>
      </w:r>
      <w:proofErr w:type="spellEnd"/>
      <w:r>
        <w:t xml:space="preserve"> Sahib belong to the Sikh (Khalsa) Panth and must remain under Sikh (Khalsa) </w:t>
      </w:r>
      <w:proofErr w:type="spellStart"/>
      <w:r>
        <w:t>Panthic</w:t>
      </w:r>
      <w:proofErr w:type="spellEnd"/>
      <w:r>
        <w:t xml:space="preserve"> responsibility.</w:t>
      </w:r>
    </w:p>
    <w:p w14:paraId="1B0C3778" w14:textId="77777777" w:rsidR="001C47D5" w:rsidRDefault="001C47D5" w:rsidP="001C47D5">
      <w:pPr>
        <w:rPr>
          <w:kern w:val="2"/>
          <w:szCs w:val="21"/>
          <w:lang w:bidi="pa-IN"/>
          <w14:ligatures w14:val="standardContextual"/>
        </w:rPr>
      </w:pPr>
      <w:r>
        <w:t xml:space="preserve">For clarity, this initiative concerns Takht </w:t>
      </w:r>
      <w:proofErr w:type="spellStart"/>
      <w:r>
        <w:t>Sachkhand</w:t>
      </w:r>
      <w:proofErr w:type="spellEnd"/>
      <w:r>
        <w:t xml:space="preserve"> Sri </w:t>
      </w:r>
      <w:proofErr w:type="spellStart"/>
      <w:r>
        <w:t>Hazur</w:t>
      </w:r>
      <w:proofErr w:type="spellEnd"/>
      <w:r>
        <w:t xml:space="preserve"> </w:t>
      </w:r>
      <w:proofErr w:type="spellStart"/>
      <w:r>
        <w:t>Abchalnagar</w:t>
      </w:r>
      <w:proofErr w:type="spellEnd"/>
      <w:r>
        <w:t xml:space="preserve"> Sahib, Nanded, and the statutory framework known as the Nanded Sikh Gurudwara </w:t>
      </w:r>
      <w:proofErr w:type="spellStart"/>
      <w:r>
        <w:t>Sachkhand</w:t>
      </w:r>
      <w:proofErr w:type="spellEnd"/>
      <w:r>
        <w:t xml:space="preserve"> Shri Hazur </w:t>
      </w:r>
      <w:proofErr w:type="spellStart"/>
      <w:r>
        <w:t>Apchalnagar</w:t>
      </w:r>
      <w:proofErr w:type="spellEnd"/>
      <w:r>
        <w:t xml:space="preserve"> Sahib Act, 1956 (Hyd. Act No. XXXVII of 1956).</w:t>
      </w:r>
    </w:p>
    <w:p w14:paraId="3EB8C08C" w14:textId="77777777" w:rsidR="001C47D5" w:rsidRDefault="001C47D5" w:rsidP="001C47D5">
      <w:r>
        <w:t xml:space="preserve">Any future reform, review, or improvement, if ever considered necessary, should arise only through Sikh (Khalsa)-led </w:t>
      </w:r>
      <w:proofErr w:type="spellStart"/>
      <w:r>
        <w:t>Panthic</w:t>
      </w:r>
      <w:proofErr w:type="spellEnd"/>
      <w:r>
        <w:t xml:space="preserve"> consultation initiated by Takht Sri </w:t>
      </w:r>
      <w:proofErr w:type="spellStart"/>
      <w:r>
        <w:t>Hazur</w:t>
      </w:r>
      <w:proofErr w:type="spellEnd"/>
      <w:r>
        <w:t xml:space="preserve"> Sahib and recognized </w:t>
      </w:r>
      <w:proofErr w:type="spellStart"/>
      <w:r>
        <w:t>Panthic</w:t>
      </w:r>
      <w:proofErr w:type="spellEnd"/>
      <w:r>
        <w:t xml:space="preserve"> processes, and not through governmental direction, control, appointment, restructuring, or imposed action.</w:t>
      </w:r>
    </w:p>
    <w:p w14:paraId="50BF9F6A" w14:textId="77777777" w:rsidR="001C47D5" w:rsidRDefault="001C47D5" w:rsidP="001C47D5">
      <w:r w:rsidRPr="00665909">
        <w:rPr>
          <w:b/>
          <w:bCs/>
        </w:rPr>
        <w:t>Appeal for Support:</w:t>
      </w:r>
      <w:r>
        <w:t xml:space="preserve"> We appeal to Gurdwaras, Sikh institutions, Takht-related bodies, Sikh organizations, Sikh councils, scholars, </w:t>
      </w:r>
      <w:proofErr w:type="spellStart"/>
      <w:r>
        <w:t>parcharaks</w:t>
      </w:r>
      <w:proofErr w:type="spellEnd"/>
      <w:r>
        <w:t xml:space="preserve">, </w:t>
      </w:r>
      <w:proofErr w:type="spellStart"/>
      <w:r>
        <w:t>sewadars</w:t>
      </w:r>
      <w:proofErr w:type="spellEnd"/>
      <w:r>
        <w:t xml:space="preserve">, community representatives, youth groups, and concerned members of the Sangat worldwide to stand together in a lawful, peaceful, and dignified manner for the Sikh (Khalsa) </w:t>
      </w:r>
      <w:proofErr w:type="spellStart"/>
      <w:r>
        <w:t>Panthic</w:t>
      </w:r>
      <w:proofErr w:type="spellEnd"/>
      <w:r>
        <w:t xml:space="preserve"> autonomy of Takht Sri </w:t>
      </w:r>
      <w:proofErr w:type="spellStart"/>
      <w:r>
        <w:t>Hazur</w:t>
      </w:r>
      <w:proofErr w:type="spellEnd"/>
      <w:r>
        <w:t xml:space="preserve"> Sahib.</w:t>
      </w:r>
    </w:p>
    <w:p w14:paraId="62537634" w14:textId="77777777" w:rsidR="001C47D5" w:rsidRDefault="001C47D5" w:rsidP="001C47D5">
      <w:r>
        <w:t>Those who agree with this statement of principle are requested to support it by signing the response or endorsement form, indicating whether their individual’s support may be publicly listed, and choosing whether to send an individual letter to the Government of Maharashtra or permit the team contact to include their signed support in a collective submission.</w:t>
      </w:r>
    </w:p>
    <w:p w14:paraId="36EA9AC8" w14:textId="77777777" w:rsidR="001C47D5" w:rsidRDefault="001C47D5" w:rsidP="001C47D5">
      <w:r>
        <w:rPr>
          <w:b/>
          <w:bCs/>
        </w:rPr>
        <w:t>Voluntary Seva and Website Disclaimer:</w:t>
      </w:r>
      <w:r>
        <w:t xml:space="preserve"> This initiative is a voluntary, non-commercial, lawful, and peaceful community seva effort. </w:t>
      </w:r>
      <w:r w:rsidRPr="003365F6">
        <w:t>It does not generally represent</w:t>
      </w:r>
      <w:r>
        <w:t xml:space="preserve"> any Gurdwara, institution, organization, or individual</w:t>
      </w:r>
      <w:r w:rsidRPr="003365F6">
        <w:t>. If anyone sends</w:t>
      </w:r>
      <w:r>
        <w:t xml:space="preserve"> their </w:t>
      </w:r>
      <w:r w:rsidRPr="003365F6">
        <w:t xml:space="preserve">signed </w:t>
      </w:r>
      <w:r>
        <w:t>support</w:t>
      </w:r>
      <w:r w:rsidRPr="003365F6">
        <w:t>, letter,</w:t>
      </w:r>
      <w:r>
        <w:t xml:space="preserve"> or </w:t>
      </w:r>
      <w:r w:rsidRPr="003365F6">
        <w:t>form, that permission will be limited only to publishing or submitting my support, letter, or form for this initiative.</w:t>
      </w:r>
      <w:r>
        <w:t xml:space="preserve"> Any names, forms, letters, signatures, or contact details submitted will be used only for recordkeeping, communication, endorsement listing where permission is given, and lawful submission or follow-up connected with this initiative. Nothing on the website or in this material should be treated as legal advice; organizations and individuals should review the material independently and seek appropriate advice where necessary before signing, submitting, or authorizing publication of their support.</w:t>
      </w:r>
    </w:p>
    <w:p w14:paraId="6140C817" w14:textId="77777777" w:rsidR="001C47D5" w:rsidRDefault="001C47D5" w:rsidP="001C47D5">
      <w:pPr>
        <w:rPr>
          <w:kern w:val="2"/>
          <w:szCs w:val="21"/>
          <w:lang w:bidi="pa-IN"/>
          <w14:ligatures w14:val="standardContextual"/>
        </w:rPr>
      </w:pPr>
      <w:r>
        <w:rPr>
          <w:b/>
          <w:bCs/>
        </w:rPr>
        <w:t>Optional Video Clip / Personal Message:</w:t>
      </w:r>
      <w:r>
        <w:t xml:space="preserve"> Supporters may also record a short video clip, in their own language and wording, respectfully explaining why they support Sikh (Khalsa) </w:t>
      </w:r>
      <w:proofErr w:type="spellStart"/>
      <w:r>
        <w:t>Panthic</w:t>
      </w:r>
      <w:proofErr w:type="spellEnd"/>
      <w:r>
        <w:t xml:space="preserve"> autonomy for Takht Sri </w:t>
      </w:r>
      <w:proofErr w:type="spellStart"/>
      <w:r>
        <w:t>Hazur</w:t>
      </w:r>
      <w:proofErr w:type="spellEnd"/>
      <w:r>
        <w:t xml:space="preserve"> Sahib. </w:t>
      </w:r>
      <w:r>
        <w:lastRenderedPageBreak/>
        <w:t xml:space="preserve">Any sample wording provided by the initiative is only a guide and may be adapted or replaced entirely. By sending a video clip, the sender may choose whether to authorize the initiative to use, upload, post, or share that clip on </w:t>
      </w:r>
      <w:r>
        <w:rPr>
          <w:b/>
          <w:bCs/>
        </w:rPr>
        <w:t>hazursahibproject.org</w:t>
      </w:r>
      <w:r>
        <w:t>, related initiative communications, or lawful public awareness materials. Video participation is entirely voluntary and optional.</w:t>
      </w:r>
    </w:p>
    <w:p w14:paraId="0D49079B" w14:textId="77777777" w:rsidR="001C47D5" w:rsidRDefault="001C47D5" w:rsidP="001C47D5">
      <w:r>
        <w:rPr>
          <w:b/>
          <w:bCs/>
        </w:rPr>
        <w:t>Return support responses to:</w:t>
      </w:r>
      <w:r>
        <w:t xml:space="preserve"> Dedicated Initiative Email:  </w:t>
      </w:r>
      <w:r w:rsidRPr="003B36CC">
        <w:rPr>
          <w:b/>
          <w:bCs/>
        </w:rPr>
        <w:t>hazursahibproject@proton.me</w:t>
      </w:r>
      <w:r>
        <w:t xml:space="preserve"> </w:t>
      </w:r>
    </w:p>
    <w:p w14:paraId="45B57257" w14:textId="77777777" w:rsidR="001C47D5" w:rsidRDefault="001C47D5" w:rsidP="001C47D5">
      <w:pPr>
        <w:rPr>
          <w:kern w:val="2"/>
          <w:sz w:val="24"/>
          <w:szCs w:val="24"/>
          <w:lang w:bidi="pa-IN"/>
          <w14:ligatures w14:val="standardContextual"/>
        </w:rPr>
      </w:pPr>
      <w:r>
        <w:t xml:space="preserve">Website: </w:t>
      </w:r>
      <w:r>
        <w:rPr>
          <w:b/>
          <w:bCs/>
        </w:rPr>
        <w:t>hazursahibproject.org</w:t>
      </w:r>
    </w:p>
    <w:p w14:paraId="6F02C62F" w14:textId="77777777" w:rsidR="00BA1AA1" w:rsidRDefault="00BA1AA1" w:rsidP="00BA1AA1">
      <w:pPr>
        <w:pStyle w:val="Heading1"/>
        <w:rPr>
          <w:kern w:val="36"/>
          <w:szCs w:val="30"/>
          <w:lang w:bidi="pa-IN"/>
          <w14:ligatures w14:val="standardContextual"/>
        </w:rPr>
      </w:pPr>
      <w:r>
        <w:t>2. Frequently Asked Question (FAQ)</w:t>
      </w:r>
    </w:p>
    <w:p w14:paraId="04778E69" w14:textId="77777777" w:rsidR="001C47D5" w:rsidRDefault="001C47D5" w:rsidP="001C47D5">
      <w:r>
        <w:rPr>
          <w:b/>
        </w:rPr>
        <w:t>Q:</w:t>
      </w:r>
      <w:r>
        <w:t xml:space="preserve"> Reports indicate that the Maharashtra Government has placed the proposal on hold and is seeking consultation. Why continue this effort?</w:t>
      </w:r>
    </w:p>
    <w:p w14:paraId="799F13DA" w14:textId="77777777" w:rsidR="001C47D5" w:rsidRDefault="001C47D5" w:rsidP="001C47D5">
      <w:r w:rsidRPr="006C6DAC">
        <w:rPr>
          <w:b/>
          <w:bCs/>
        </w:rPr>
        <w:t>A:</w:t>
      </w:r>
      <w:r>
        <w:t xml:space="preserve"> We welcome any decision to pause further action and listen to concerns. However, the purpose of this initiative is not limited to any </w:t>
      </w:r>
      <w:proofErr w:type="gramStart"/>
      <w:r>
        <w:t>particular proposal</w:t>
      </w:r>
      <w:proofErr w:type="gramEnd"/>
      <w:r>
        <w:t xml:space="preserve">. The broader principle remains important: the authority, Maryada, governance, properties, and internal affairs of Takht Sri </w:t>
      </w:r>
      <w:proofErr w:type="spellStart"/>
      <w:r>
        <w:t>Hazur</w:t>
      </w:r>
      <w:proofErr w:type="spellEnd"/>
      <w:r>
        <w:t xml:space="preserve"> Sahib are Sikh (Khalsa) </w:t>
      </w:r>
      <w:proofErr w:type="spellStart"/>
      <w:r>
        <w:t>Panthic</w:t>
      </w:r>
      <w:proofErr w:type="spellEnd"/>
      <w:r>
        <w:t xml:space="preserve"> matters. Our position is that any reform, if ever considered necessary, should originate through Takht Sri </w:t>
      </w:r>
      <w:proofErr w:type="spellStart"/>
      <w:r>
        <w:t>Hazur</w:t>
      </w:r>
      <w:proofErr w:type="spellEnd"/>
      <w:r>
        <w:t xml:space="preserve"> Sahib and recognized Sikh (Khalsa) </w:t>
      </w:r>
      <w:proofErr w:type="spellStart"/>
      <w:r>
        <w:t>Panthic</w:t>
      </w:r>
      <w:proofErr w:type="spellEnd"/>
      <w:r>
        <w:t xml:space="preserve"> processes rather than through governmental initiative. Accordingly, this effort seeks to affirm that principle and record support for it, irrespective of the status of any current proposal.</w:t>
      </w:r>
    </w:p>
    <w:p w14:paraId="0BC5CA93" w14:textId="77777777" w:rsidR="001C47D5" w:rsidRDefault="001C47D5" w:rsidP="003C70E5"/>
    <w:p w14:paraId="1BBEC740" w14:textId="77777777" w:rsidR="000B095F" w:rsidRDefault="000B095F" w:rsidP="000B095F">
      <w:pPr>
        <w:pStyle w:val="Heading1"/>
        <w:rPr>
          <w:kern w:val="36"/>
          <w:szCs w:val="30"/>
          <w:lang w:bidi="pa-IN"/>
          <w14:ligatures w14:val="standardContextual"/>
        </w:rPr>
      </w:pPr>
      <w:r>
        <w:t>3. Print-Ready Draft Letter</w:t>
      </w:r>
    </w:p>
    <w:p w14:paraId="3EBDF60A" w14:textId="54A25A14" w:rsidR="00DB7275" w:rsidRDefault="00DB7275" w:rsidP="00DB7275">
      <w:r w:rsidRPr="009E1D4F">
        <w:rPr>
          <w:b/>
          <w:bCs/>
        </w:rPr>
        <w:t>Use Note:</w:t>
      </w:r>
      <w:r w:rsidRPr="009E1D4F">
        <w:t xml:space="preserve"> This draft letter may be copied into an email, printed on organizational letterhead, signed, scanned, submitted, or adapted by any organization or individual according to its own approval process and independent judgment.</w:t>
      </w:r>
    </w:p>
    <w:p w14:paraId="2B43CDF3" w14:textId="77777777" w:rsidR="00DB7275" w:rsidRPr="009E1D4F" w:rsidRDefault="00DB7275" w:rsidP="00DB7275">
      <w:pPr>
        <w:rPr>
          <w:lang w:bidi="pa-IN"/>
        </w:rPr>
      </w:pPr>
    </w:p>
    <w:p w14:paraId="1894A258" w14:textId="77777777" w:rsidR="00DB7275" w:rsidRDefault="00DB7275" w:rsidP="00DB7275">
      <w:r w:rsidRPr="009E1D4F">
        <w:rPr>
          <w:b/>
          <w:bCs/>
        </w:rPr>
        <w:t>Use &amp; Legal Disclaimer:</w:t>
      </w:r>
      <w:r w:rsidRPr="009E1D4F">
        <w:t xml:space="preserve"> This letter is a voluntary, peaceful, non-commercial community communication. It is not legal advice and does not create legal obligations, liabilities, or commitments for any signer. Each organization or individual remains responsible for independently reviewing, approving, adapting, signing, submitting, or publishing the letter through its own appropriate process and authorized representative, where applicable.</w:t>
      </w:r>
    </w:p>
    <w:p w14:paraId="36EFC654" w14:textId="77777777" w:rsidR="00184443" w:rsidRDefault="00184443" w:rsidP="00184443">
      <w:pPr>
        <w:rPr>
          <w:kern w:val="2"/>
          <w:sz w:val="24"/>
          <w:szCs w:val="24"/>
          <w:lang w:bidi="pa-IN"/>
          <w14:ligatures w14:val="standardContextual"/>
        </w:rPr>
      </w:pPr>
      <w:r w:rsidRPr="00327CC9">
        <w:rPr>
          <w:b/>
          <w:bCs/>
        </w:rPr>
        <w:t>Optional copy or permission to the initiative:</w:t>
      </w:r>
      <w:r>
        <w:t xml:space="preserve"> If you send your own letter to the Government of Maharashtra, it may also send a copy to the dedicated initiative email for records and follow-up. </w:t>
      </w:r>
      <w:r w:rsidRPr="00327CC9">
        <w:t>If you wish to authorize</w:t>
      </w:r>
      <w:r>
        <w:t xml:space="preserve"> the initiative to </w:t>
      </w:r>
      <w:r w:rsidRPr="00327CC9">
        <w:t>make reasonable efforts, at its discretion, to include or forward</w:t>
      </w:r>
      <w:r>
        <w:t xml:space="preserve"> your signed support letter, signed statement, or completed and signed form with </w:t>
      </w:r>
      <w:r w:rsidRPr="00327CC9">
        <w:t>a collective submission or related communication</w:t>
      </w:r>
      <w:r>
        <w:t xml:space="preserve"> to the Government</w:t>
      </w:r>
      <w:r w:rsidRPr="00327CC9">
        <w:t xml:space="preserve"> of Maharashtra</w:t>
      </w:r>
      <w:r>
        <w:t>, please check the relevant box in the form below and send the signed document to the dedicated initiative email.</w:t>
      </w:r>
      <w:r w:rsidRPr="00327CC9">
        <w:t xml:space="preserve"> Inclusion, forwarding, delivery, timing, acknowledgment, or acceptance by any government office cannot be guaranteed and may depend on practical, administrative, technical, or other circumstances.</w:t>
      </w:r>
    </w:p>
    <w:p w14:paraId="27986121" w14:textId="77777777" w:rsidR="00184443" w:rsidRDefault="00184443" w:rsidP="00184443">
      <w:pPr>
        <w:rPr>
          <w:b/>
          <w:bCs/>
        </w:rPr>
      </w:pPr>
      <w:r>
        <w:t xml:space="preserve">Dedicated Initiative Email: </w:t>
      </w:r>
      <w:hyperlink r:id="rId7" w:history="1">
        <w:r w:rsidRPr="00E9043F">
          <w:rPr>
            <w:rStyle w:val="Hyperlink"/>
            <w:b/>
            <w:bCs/>
          </w:rPr>
          <w:t>hazursahibproject@proton.me</w:t>
        </w:r>
      </w:hyperlink>
    </w:p>
    <w:p w14:paraId="1BD2F5F3" w14:textId="77777777" w:rsidR="00184443" w:rsidRDefault="00184443" w:rsidP="00184443">
      <w:pPr>
        <w:rPr>
          <w:b/>
          <w:bCs/>
        </w:rPr>
      </w:pPr>
      <w:r>
        <w:t xml:space="preserve">Website: </w:t>
      </w:r>
      <w:r>
        <w:rPr>
          <w:b/>
          <w:bCs/>
        </w:rPr>
        <w:t>hazursahibproject.org</w:t>
      </w:r>
    </w:p>
    <w:p w14:paraId="35C251C3" w14:textId="77777777" w:rsidR="004411D1" w:rsidRDefault="004411D1" w:rsidP="00184443">
      <w:pPr>
        <w:rPr>
          <w:b/>
          <w:bCs/>
        </w:rPr>
      </w:pPr>
    </w:p>
    <w:p w14:paraId="5209ECED" w14:textId="77777777" w:rsidR="004411D1" w:rsidRDefault="004411D1" w:rsidP="00184443">
      <w:pPr>
        <w:rPr>
          <w:b/>
          <w:bCs/>
        </w:rPr>
      </w:pPr>
    </w:p>
    <w:p w14:paraId="7B9F51F5" w14:textId="77777777" w:rsidR="004411D1" w:rsidRDefault="004411D1" w:rsidP="00184443">
      <w:pPr>
        <w:rPr>
          <w:b/>
          <w:bCs/>
        </w:rPr>
      </w:pPr>
    </w:p>
    <w:p w14:paraId="7BCD1004" w14:textId="77777777" w:rsidR="004411D1" w:rsidRDefault="004411D1" w:rsidP="00184443">
      <w:pPr>
        <w:rPr>
          <w:b/>
          <w:bCs/>
        </w:rPr>
      </w:pPr>
    </w:p>
    <w:p w14:paraId="78FDAD79" w14:textId="77777777" w:rsidR="004411D1" w:rsidRDefault="004411D1" w:rsidP="00184443">
      <w:pPr>
        <w:rPr>
          <w:b/>
          <w:bCs/>
        </w:rPr>
      </w:pPr>
    </w:p>
    <w:p w14:paraId="6D855A89" w14:textId="77777777" w:rsidR="004411D1" w:rsidRDefault="004411D1" w:rsidP="00184443">
      <w:pPr>
        <w:rPr>
          <w:b/>
          <w:bCs/>
        </w:rPr>
      </w:pPr>
    </w:p>
    <w:p w14:paraId="05878EB1" w14:textId="77777777" w:rsidR="004411D1" w:rsidRDefault="004411D1" w:rsidP="00184443">
      <w:pPr>
        <w:rPr>
          <w:b/>
          <w:bCs/>
        </w:rPr>
      </w:pPr>
    </w:p>
    <w:p w14:paraId="26F7048C" w14:textId="77777777" w:rsidR="004411D1" w:rsidRDefault="004411D1" w:rsidP="00184443">
      <w:pPr>
        <w:rPr>
          <w:b/>
          <w:bCs/>
        </w:rPr>
      </w:pPr>
    </w:p>
    <w:p w14:paraId="4315FFC9" w14:textId="77777777" w:rsidR="00DB7275" w:rsidRDefault="00DB7275" w:rsidP="00DB7275">
      <w:pPr>
        <w:rPr>
          <w:lang w:bidi="pa-IN"/>
        </w:rPr>
      </w:pPr>
    </w:p>
    <w:p w14:paraId="025EF869" w14:textId="77777777" w:rsidR="00DB7275" w:rsidRDefault="00DB7275" w:rsidP="00DB7275">
      <w:pPr>
        <w:rPr>
          <w:lang w:bidi="pa-IN"/>
        </w:rPr>
      </w:pPr>
    </w:p>
    <w:p w14:paraId="751BFDF2" w14:textId="77777777" w:rsidR="004411D1" w:rsidRDefault="004411D1" w:rsidP="00DB7275">
      <w:pPr>
        <w:rPr>
          <w:lang w:bidi="pa-IN"/>
        </w:rPr>
      </w:pPr>
    </w:p>
    <w:p w14:paraId="1145E8C3" w14:textId="77777777" w:rsidR="004E2551" w:rsidRDefault="004E2551" w:rsidP="00DB7275">
      <w:pPr>
        <w:rPr>
          <w:lang w:bidi="pa-IN"/>
        </w:rPr>
      </w:pPr>
    </w:p>
    <w:tbl>
      <w:tblPr>
        <w:tblStyle w:val="GridTable4-Accent1"/>
        <w:tblW w:w="5000" w:type="pct"/>
        <w:tblLook w:val="04A0" w:firstRow="1" w:lastRow="0" w:firstColumn="1" w:lastColumn="0" w:noHBand="0" w:noVBand="1"/>
      </w:tblPr>
      <w:tblGrid>
        <w:gridCol w:w="1001"/>
        <w:gridCol w:w="9295"/>
      </w:tblGrid>
      <w:tr w:rsidR="00DB7275" w14:paraId="6A3471B3" w14:textId="77777777" w:rsidTr="00962C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A43440" w14:textId="77777777" w:rsidR="00DB7275" w:rsidRDefault="00DB7275" w:rsidP="00962CF7">
            <w:pPr>
              <w:spacing w:after="160"/>
              <w:rPr>
                <w:lang w:bidi="pa-IN"/>
              </w:rPr>
            </w:pPr>
            <w:r>
              <w:t>Email To</w:t>
            </w:r>
          </w:p>
        </w:tc>
        <w:tc>
          <w:tcPr>
            <w:tcW w:w="0" w:type="auto"/>
            <w:hideMark/>
          </w:tcPr>
          <w:p w14:paraId="77754DBE" w14:textId="77777777" w:rsidR="00DB7275" w:rsidRDefault="00DB7275" w:rsidP="00962CF7">
            <w:pPr>
              <w:spacing w:after="160"/>
              <w:cnfStyle w:val="100000000000" w:firstRow="1" w:lastRow="0" w:firstColumn="0" w:lastColumn="0" w:oddVBand="0" w:evenVBand="0" w:oddHBand="0" w:evenHBand="0" w:firstRowFirstColumn="0" w:firstRowLastColumn="0" w:lastRowFirstColumn="0" w:lastRowLastColumn="0"/>
            </w:pPr>
            <w:r>
              <w:t>cm@maharashtra.gov.in</w:t>
            </w:r>
          </w:p>
        </w:tc>
      </w:tr>
      <w:tr w:rsidR="00DB7275" w14:paraId="29289577" w14:textId="77777777" w:rsidTr="00962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FACDA5" w14:textId="77777777" w:rsidR="00DB7275" w:rsidRDefault="00DB7275" w:rsidP="00962CF7">
            <w:pPr>
              <w:spacing w:after="160"/>
            </w:pPr>
            <w:r>
              <w:t>Cc</w:t>
            </w:r>
          </w:p>
        </w:tc>
        <w:tc>
          <w:tcPr>
            <w:tcW w:w="0" w:type="auto"/>
            <w:hideMark/>
          </w:tcPr>
          <w:p w14:paraId="48B0292E" w14:textId="77777777" w:rsidR="00DB7275" w:rsidRDefault="00DB7275" w:rsidP="00962CF7">
            <w:pPr>
              <w:spacing w:after="160"/>
              <w:cnfStyle w:val="000000100000" w:firstRow="0" w:lastRow="0" w:firstColumn="0" w:lastColumn="0" w:oddVBand="0" w:evenVBand="0" w:oddHBand="1" w:evenHBand="0" w:firstRowFirstColumn="0" w:firstRowLastColumn="0" w:lastRowFirstColumn="0" w:lastRowLastColumn="0"/>
            </w:pPr>
            <w:r>
              <w:t>desk1.mdd-mh@gov.in; psec.rla@maharashtra.gov.in</w:t>
            </w:r>
          </w:p>
        </w:tc>
      </w:tr>
      <w:tr w:rsidR="00DB7275" w14:paraId="60EAAF3B" w14:textId="77777777" w:rsidTr="00962CF7">
        <w:tc>
          <w:tcPr>
            <w:cnfStyle w:val="001000000000" w:firstRow="0" w:lastRow="0" w:firstColumn="1" w:lastColumn="0" w:oddVBand="0" w:evenVBand="0" w:oddHBand="0" w:evenHBand="0" w:firstRowFirstColumn="0" w:firstRowLastColumn="0" w:lastRowFirstColumn="0" w:lastRowLastColumn="0"/>
            <w:tcW w:w="0" w:type="auto"/>
            <w:hideMark/>
          </w:tcPr>
          <w:p w14:paraId="14FAC236" w14:textId="77777777" w:rsidR="00DB7275" w:rsidRDefault="00DB7275" w:rsidP="00962CF7">
            <w:pPr>
              <w:spacing w:after="160"/>
            </w:pPr>
            <w:r>
              <w:t>Subject</w:t>
            </w:r>
          </w:p>
        </w:tc>
        <w:tc>
          <w:tcPr>
            <w:tcW w:w="0" w:type="auto"/>
            <w:hideMark/>
          </w:tcPr>
          <w:p w14:paraId="72F94C22" w14:textId="7D84C01E" w:rsidR="00DB7275" w:rsidRPr="000B22D8" w:rsidRDefault="00000000" w:rsidP="000B22D8">
            <w:pPr>
              <w:spacing w:after="160"/>
              <w:cnfStyle w:val="000000000000" w:firstRow="0" w:lastRow="0" w:firstColumn="0" w:lastColumn="0" w:oddVBand="0" w:evenVBand="0" w:oddHBand="0" w:evenHBand="0" w:firstRowFirstColumn="0" w:firstRowLastColumn="0" w:lastRowFirstColumn="0" w:lastRowLastColumn="0"/>
              <w:rPr>
                <w:sz w:val="24"/>
                <w:lang w:bidi="pa-IN"/>
              </w:rPr>
            </w:pPr>
            <w:r>
              <w:t xml:space="preserve">Letter Regarding the </w:t>
            </w:r>
            <w:proofErr w:type="spellStart"/>
            <w:r>
              <w:t>Panthic</w:t>
            </w:r>
            <w:proofErr w:type="spellEnd"/>
            <w:r>
              <w:t xml:space="preserve"> Autonomy and Governance of Takht </w:t>
            </w:r>
            <w:proofErr w:type="spellStart"/>
            <w:r>
              <w:t>Sachkhand</w:t>
            </w:r>
            <w:proofErr w:type="spellEnd"/>
            <w:r>
              <w:t xml:space="preserve"> Sri </w:t>
            </w:r>
            <w:proofErr w:type="spellStart"/>
            <w:r>
              <w:t>Hazur</w:t>
            </w:r>
            <w:proofErr w:type="spellEnd"/>
            <w:r>
              <w:t xml:space="preserve"> </w:t>
            </w:r>
            <w:proofErr w:type="spellStart"/>
            <w:r>
              <w:t>Abchalnagar</w:t>
            </w:r>
            <w:proofErr w:type="spellEnd"/>
            <w:r>
              <w:t xml:space="preserve"> Sahib, Nanded</w:t>
            </w:r>
          </w:p>
        </w:tc>
      </w:tr>
      <w:tr w:rsidR="00DB7275" w14:paraId="26B173FB" w14:textId="77777777" w:rsidTr="00962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516671" w14:textId="77777777" w:rsidR="00DB7275" w:rsidRDefault="00DB7275" w:rsidP="00962CF7">
            <w:pPr>
              <w:spacing w:after="160"/>
            </w:pPr>
            <w:r>
              <w:t>Date</w:t>
            </w:r>
          </w:p>
        </w:tc>
        <w:tc>
          <w:tcPr>
            <w:tcW w:w="0" w:type="auto"/>
            <w:hideMark/>
          </w:tcPr>
          <w:p w14:paraId="1BD3C822" w14:textId="77777777" w:rsidR="00DB7275" w:rsidRDefault="00DB7275" w:rsidP="00962CF7">
            <w:pPr>
              <w:spacing w:after="160"/>
              <w:cnfStyle w:val="000000100000" w:firstRow="0" w:lastRow="0" w:firstColumn="0" w:lastColumn="0" w:oddVBand="0" w:evenVBand="0" w:oddHBand="1" w:evenHBand="0" w:firstRowFirstColumn="0" w:firstRowLastColumn="0" w:lastRowFirstColumn="0" w:lastRowLastColumn="0"/>
            </w:pPr>
            <w:r>
              <w:t>________________________</w:t>
            </w:r>
          </w:p>
        </w:tc>
      </w:tr>
    </w:tbl>
    <w:p w14:paraId="00BB1D6F" w14:textId="77777777" w:rsidR="00DB7275" w:rsidRPr="003C5982" w:rsidRDefault="00DB7275" w:rsidP="00DB7275">
      <w:pPr>
        <w:spacing w:before="100" w:beforeAutospacing="1" w:after="100" w:afterAutospacing="1" w:line="300" w:lineRule="atLeast"/>
        <w:rPr>
          <w:rFonts w:ascii="Segoe UI" w:eastAsia="Times New Roman" w:hAnsi="Segoe UI" w:cs="Segoe UI"/>
          <w:szCs w:val="21"/>
          <w:lang w:bidi="pa-IN"/>
        </w:rPr>
      </w:pPr>
      <w:r w:rsidRPr="003C5982">
        <w:rPr>
          <w:rFonts w:ascii="Segoe UI" w:eastAsia="Times New Roman" w:hAnsi="Segoe UI" w:cs="Segoe UI"/>
          <w:b/>
          <w:bCs/>
          <w:szCs w:val="21"/>
          <w:lang w:bidi="pa-IN"/>
        </w:rPr>
        <w:t>Respected Sir/Madam,</w:t>
      </w:r>
    </w:p>
    <w:p w14:paraId="614E60B6" w14:textId="77777777" w:rsidR="00ED163D" w:rsidRDefault="00A577D2">
      <w:pPr>
        <w:spacing w:line="300" w:lineRule="atLeast"/>
        <w:rPr>
          <w:kern w:val="2"/>
          <w:sz w:val="24"/>
          <w:szCs w:val="24"/>
          <w:lang w:bidi="pa-IN"/>
          <w14:ligatures w14:val="standardContextual"/>
        </w:rPr>
      </w:pPr>
      <w:r w:rsidRPr="00A577D2">
        <w:rPr>
          <w:rFonts w:ascii="Segoe UI" w:hAnsi="Segoe UI" w:cs="Segoe UI"/>
        </w:rPr>
        <w:t>The undersigned</w:t>
      </w:r>
      <w:r w:rsidRPr="00A577D2">
        <w:rPr>
          <w:rFonts w:ascii="Segoe UI" w:hAnsi="Segoe UI" w:cs="Segoe UI"/>
          <w:lang w:bidi="pa-IN"/>
        </w:rPr>
        <w:t xml:space="preserve"> respectfully </w:t>
      </w:r>
      <w:r w:rsidRPr="00A577D2">
        <w:rPr>
          <w:rFonts w:ascii="Segoe UI" w:hAnsi="Segoe UI" w:cs="Segoe UI"/>
        </w:rPr>
        <w:t>submits</w:t>
      </w:r>
      <w:r w:rsidRPr="00A577D2">
        <w:rPr>
          <w:rFonts w:ascii="Segoe UI" w:hAnsi="Segoe UI" w:cs="Segoe UI"/>
          <w:lang w:bidi="pa-IN"/>
        </w:rPr>
        <w:t xml:space="preserve"> this </w:t>
      </w:r>
      <w:r w:rsidRPr="00DD5336">
        <w:rPr>
          <w:rFonts w:ascii="Segoe UI" w:hAnsi="Segoe UI" w:cs="Segoe UI"/>
        </w:rPr>
        <w:t>letter regarding</w:t>
      </w:r>
      <w:r w:rsidRPr="00A577D2">
        <w:rPr>
          <w:rFonts w:ascii="Segoe UI" w:hAnsi="Segoe UI" w:cs="Segoe UI"/>
          <w:lang w:bidi="pa-IN"/>
        </w:rPr>
        <w:t xml:space="preserve"> </w:t>
      </w:r>
      <w:r w:rsidRPr="00A577D2">
        <w:rPr>
          <w:rFonts w:ascii="Segoe UI" w:hAnsi="Segoe UI" w:cs="Segoe UI"/>
          <w:b/>
          <w:bCs/>
          <w:lang w:bidi="pa-IN"/>
        </w:rPr>
        <w:t xml:space="preserve">Takht </w:t>
      </w:r>
      <w:proofErr w:type="spellStart"/>
      <w:r w:rsidRPr="00A577D2">
        <w:rPr>
          <w:rFonts w:ascii="Segoe UI" w:hAnsi="Segoe UI" w:cs="Segoe UI"/>
          <w:b/>
          <w:bCs/>
          <w:lang w:bidi="pa-IN"/>
        </w:rPr>
        <w:t>Sachkhand</w:t>
      </w:r>
      <w:proofErr w:type="spellEnd"/>
      <w:r w:rsidRPr="00A577D2">
        <w:rPr>
          <w:rFonts w:ascii="Segoe UI" w:hAnsi="Segoe UI" w:cs="Segoe UI"/>
          <w:b/>
          <w:bCs/>
          <w:lang w:bidi="pa-IN"/>
        </w:rPr>
        <w:t xml:space="preserve"> Sri </w:t>
      </w:r>
      <w:proofErr w:type="spellStart"/>
      <w:r w:rsidRPr="00A577D2">
        <w:rPr>
          <w:rFonts w:ascii="Segoe UI" w:hAnsi="Segoe UI" w:cs="Segoe UI"/>
          <w:b/>
          <w:bCs/>
          <w:lang w:bidi="pa-IN"/>
        </w:rPr>
        <w:t>Hazur</w:t>
      </w:r>
      <w:proofErr w:type="spellEnd"/>
      <w:r w:rsidRPr="00A577D2">
        <w:rPr>
          <w:rFonts w:ascii="Segoe UI" w:hAnsi="Segoe UI" w:cs="Segoe UI"/>
          <w:b/>
          <w:bCs/>
          <w:lang w:bidi="pa-IN"/>
        </w:rPr>
        <w:t xml:space="preserve"> </w:t>
      </w:r>
      <w:proofErr w:type="spellStart"/>
      <w:r w:rsidRPr="00A577D2">
        <w:rPr>
          <w:rFonts w:ascii="Segoe UI" w:hAnsi="Segoe UI" w:cs="Segoe UI"/>
          <w:b/>
          <w:bCs/>
          <w:lang w:bidi="pa-IN"/>
        </w:rPr>
        <w:t>Abchalnagar</w:t>
      </w:r>
      <w:proofErr w:type="spellEnd"/>
      <w:r w:rsidRPr="00A577D2">
        <w:rPr>
          <w:rFonts w:ascii="Segoe UI" w:hAnsi="Segoe UI" w:cs="Segoe UI"/>
          <w:b/>
          <w:bCs/>
          <w:lang w:bidi="pa-IN"/>
        </w:rPr>
        <w:t xml:space="preserve"> Sahib, Nanded</w:t>
      </w:r>
      <w:r w:rsidRPr="00A577D2">
        <w:rPr>
          <w:rFonts w:ascii="Segoe UI" w:hAnsi="Segoe UI" w:cs="Segoe UI"/>
          <w:lang w:bidi="pa-IN"/>
        </w:rPr>
        <w:t xml:space="preserve">, one of the </w:t>
      </w:r>
      <w:r w:rsidRPr="00A577D2">
        <w:rPr>
          <w:rFonts w:ascii="Segoe UI" w:hAnsi="Segoe UI" w:cs="Segoe UI"/>
          <w:i/>
          <w:iCs/>
          <w:lang w:bidi="pa-IN"/>
        </w:rPr>
        <w:t xml:space="preserve">Panj Takht </w:t>
      </w:r>
      <w:proofErr w:type="spellStart"/>
      <w:r w:rsidRPr="00A577D2">
        <w:rPr>
          <w:rFonts w:ascii="Segoe UI" w:hAnsi="Segoe UI" w:cs="Segoe UI"/>
          <w:i/>
          <w:iCs/>
          <w:lang w:bidi="pa-IN"/>
        </w:rPr>
        <w:t>Sahibaan</w:t>
      </w:r>
      <w:proofErr w:type="spellEnd"/>
      <w:r w:rsidRPr="00A577D2">
        <w:rPr>
          <w:rFonts w:ascii="Segoe UI" w:hAnsi="Segoe UI" w:cs="Segoe UI"/>
          <w:lang w:bidi="pa-IN"/>
        </w:rPr>
        <w:t xml:space="preserve"> and among the highest religious and temporal institutions of the Sikh (Khalsa) Panth. For clarity, this </w:t>
      </w:r>
      <w:r w:rsidRPr="00DD5336">
        <w:rPr>
          <w:rFonts w:ascii="Segoe UI" w:hAnsi="Segoe UI" w:cs="Segoe UI"/>
        </w:rPr>
        <w:t>letter</w:t>
      </w:r>
      <w:r w:rsidRPr="00A577D2">
        <w:rPr>
          <w:rFonts w:ascii="Segoe UI" w:hAnsi="Segoe UI" w:cs="Segoe UI"/>
          <w:lang w:bidi="pa-IN"/>
        </w:rPr>
        <w:t xml:space="preserve"> refers to the </w:t>
      </w:r>
      <w:r w:rsidRPr="00A577D2">
        <w:rPr>
          <w:rFonts w:ascii="Segoe UI" w:hAnsi="Segoe UI" w:cs="Segoe UI"/>
          <w:b/>
          <w:bCs/>
          <w:lang w:bidi="pa-IN"/>
        </w:rPr>
        <w:t xml:space="preserve">Nanded Sikh Gurudwara </w:t>
      </w:r>
      <w:proofErr w:type="spellStart"/>
      <w:r w:rsidRPr="00A577D2">
        <w:rPr>
          <w:rFonts w:ascii="Segoe UI" w:hAnsi="Segoe UI" w:cs="Segoe UI"/>
          <w:b/>
          <w:bCs/>
          <w:lang w:bidi="pa-IN"/>
        </w:rPr>
        <w:t>Sachkhand</w:t>
      </w:r>
      <w:proofErr w:type="spellEnd"/>
      <w:r w:rsidRPr="00A577D2">
        <w:rPr>
          <w:rFonts w:ascii="Segoe UI" w:hAnsi="Segoe UI" w:cs="Segoe UI"/>
          <w:b/>
          <w:bCs/>
          <w:lang w:bidi="pa-IN"/>
        </w:rPr>
        <w:t xml:space="preserve"> Shri Hazur </w:t>
      </w:r>
      <w:proofErr w:type="spellStart"/>
      <w:r w:rsidRPr="00A577D2">
        <w:rPr>
          <w:rFonts w:ascii="Segoe UI" w:hAnsi="Segoe UI" w:cs="Segoe UI"/>
          <w:b/>
          <w:bCs/>
          <w:lang w:bidi="pa-IN"/>
        </w:rPr>
        <w:t>Apchalnagar</w:t>
      </w:r>
      <w:proofErr w:type="spellEnd"/>
      <w:r w:rsidRPr="00A577D2">
        <w:rPr>
          <w:rFonts w:ascii="Segoe UI" w:hAnsi="Segoe UI" w:cs="Segoe UI"/>
          <w:b/>
          <w:bCs/>
          <w:lang w:bidi="pa-IN"/>
        </w:rPr>
        <w:t xml:space="preserve"> Sahib Act, 1956 (Hyd. Act No. XXXVII of 1956)</w:t>
      </w:r>
      <w:r w:rsidRPr="00A577D2">
        <w:rPr>
          <w:rFonts w:ascii="Segoe UI" w:hAnsi="Segoe UI" w:cs="Segoe UI"/>
          <w:lang w:bidi="pa-IN"/>
        </w:rPr>
        <w:t xml:space="preserve">. </w:t>
      </w:r>
    </w:p>
    <w:p w14:paraId="0A3C940C" w14:textId="77777777" w:rsidR="00ED163D" w:rsidRDefault="00000000">
      <w:pPr>
        <w:spacing w:line="300" w:lineRule="atLeast"/>
        <w:rPr>
          <w:kern w:val="2"/>
          <w:sz w:val="24"/>
          <w:szCs w:val="24"/>
          <w:lang w:bidi="pa-IN"/>
          <w14:ligatures w14:val="standardContextual"/>
        </w:rPr>
      </w:pPr>
      <w:r w:rsidRPr="00296150">
        <w:rPr>
          <w:rFonts w:ascii="Segoe UI" w:hAnsi="Segoe UI" w:cs="Segoe UI"/>
          <w:lang w:bidi="pa-IN"/>
        </w:rPr>
        <w:t xml:space="preserve">This </w:t>
      </w:r>
      <w:r w:rsidR="00296150" w:rsidRPr="00296150">
        <w:rPr>
          <w:rFonts w:ascii="Segoe UI" w:hAnsi="Segoe UI" w:cs="Segoe UI"/>
        </w:rPr>
        <w:t>letter</w:t>
      </w:r>
      <w:r w:rsidRPr="00296150">
        <w:rPr>
          <w:rFonts w:ascii="Segoe UI" w:hAnsi="Segoe UI" w:cs="Segoe UI"/>
          <w:lang w:bidi="pa-IN"/>
        </w:rPr>
        <w:t xml:space="preserve"> is made in a peaceful, lawful, respectful, and constructive spirit. The matter is not limited to any </w:t>
      </w:r>
      <w:proofErr w:type="gramStart"/>
      <w:r w:rsidRPr="00296150">
        <w:rPr>
          <w:rFonts w:ascii="Segoe UI" w:hAnsi="Segoe UI" w:cs="Segoe UI"/>
          <w:lang w:bidi="pa-IN"/>
        </w:rPr>
        <w:t>particular administrative</w:t>
      </w:r>
      <w:proofErr w:type="gramEnd"/>
      <w:r w:rsidRPr="00296150">
        <w:rPr>
          <w:rFonts w:ascii="Segoe UI" w:hAnsi="Segoe UI" w:cs="Segoe UI"/>
          <w:lang w:bidi="pa-IN"/>
        </w:rPr>
        <w:t xml:space="preserve"> arrangement, appointment, electoral framework, legislative proposal, or consultation process. Rather, it concerns the fundamental principle that the religious authority, Maryada, internal affairs, governance, properties, endowments, institutional dignity, and </w:t>
      </w:r>
      <w:proofErr w:type="spellStart"/>
      <w:r w:rsidRPr="00296150">
        <w:rPr>
          <w:rFonts w:ascii="Segoe UI" w:hAnsi="Segoe UI" w:cs="Segoe UI"/>
          <w:lang w:bidi="pa-IN"/>
        </w:rPr>
        <w:t>Panthic</w:t>
      </w:r>
      <w:proofErr w:type="spellEnd"/>
      <w:r w:rsidRPr="00296150">
        <w:rPr>
          <w:rFonts w:ascii="Segoe UI" w:hAnsi="Segoe UI" w:cs="Segoe UI"/>
          <w:lang w:bidi="pa-IN"/>
        </w:rPr>
        <w:t xml:space="preserve"> character of a Takht Sahib are inherently </w:t>
      </w:r>
      <w:proofErr w:type="spellStart"/>
      <w:r w:rsidRPr="00296150">
        <w:rPr>
          <w:rFonts w:ascii="Segoe UI" w:hAnsi="Segoe UI" w:cs="Segoe UI"/>
          <w:lang w:bidi="pa-IN"/>
        </w:rPr>
        <w:t>Panthic</w:t>
      </w:r>
      <w:proofErr w:type="spellEnd"/>
      <w:r w:rsidRPr="00296150">
        <w:rPr>
          <w:rFonts w:ascii="Segoe UI" w:hAnsi="Segoe UI" w:cs="Segoe UI"/>
          <w:lang w:bidi="pa-IN"/>
        </w:rPr>
        <w:t xml:space="preserve"> matters and must remain under the exclusive authority and responsibility of the Sikh (Khalsa) Panth. </w:t>
      </w:r>
    </w:p>
    <w:p w14:paraId="6E8FE503" w14:textId="77777777" w:rsidR="00DB7275" w:rsidRPr="003C5982" w:rsidRDefault="00DB7275" w:rsidP="00DB7275">
      <w:pPr>
        <w:spacing w:before="100" w:beforeAutospacing="1" w:after="100" w:afterAutospacing="1" w:line="300" w:lineRule="atLeast"/>
        <w:rPr>
          <w:rFonts w:ascii="Segoe UI" w:eastAsia="Times New Roman" w:hAnsi="Segoe UI" w:cs="Segoe UI"/>
          <w:szCs w:val="21"/>
          <w:lang w:bidi="pa-IN"/>
        </w:rPr>
      </w:pPr>
      <w:r w:rsidRPr="003C5982">
        <w:rPr>
          <w:rFonts w:ascii="Segoe UI" w:eastAsia="Times New Roman" w:hAnsi="Segoe UI" w:cs="Segoe UI"/>
          <w:szCs w:val="21"/>
          <w:lang w:bidi="pa-IN"/>
        </w:rPr>
        <w:t xml:space="preserve">Takht </w:t>
      </w:r>
      <w:proofErr w:type="spellStart"/>
      <w:r w:rsidRPr="003C5982">
        <w:rPr>
          <w:rFonts w:ascii="Segoe UI" w:eastAsia="Times New Roman" w:hAnsi="Segoe UI" w:cs="Segoe UI"/>
          <w:szCs w:val="21"/>
          <w:lang w:bidi="pa-IN"/>
        </w:rPr>
        <w:t>Sachkhand</w:t>
      </w:r>
      <w:proofErr w:type="spellEnd"/>
      <w:r w:rsidRPr="003C5982">
        <w:rPr>
          <w:rFonts w:ascii="Segoe UI" w:eastAsia="Times New Roman" w:hAnsi="Segoe UI" w:cs="Segoe UI"/>
          <w:szCs w:val="21"/>
          <w:lang w:bidi="pa-IN"/>
        </w:rPr>
        <w:t xml:space="preserve"> Sri </w:t>
      </w:r>
      <w:proofErr w:type="spellStart"/>
      <w:r w:rsidRPr="003C5982">
        <w:rPr>
          <w:rFonts w:ascii="Segoe UI" w:eastAsia="Times New Roman" w:hAnsi="Segoe UI" w:cs="Segoe UI"/>
          <w:szCs w:val="21"/>
          <w:lang w:bidi="pa-IN"/>
        </w:rPr>
        <w:t>Hazur</w:t>
      </w:r>
      <w:proofErr w:type="spellEnd"/>
      <w:r w:rsidRPr="003C5982">
        <w:rPr>
          <w:rFonts w:ascii="Segoe UI" w:eastAsia="Times New Roman" w:hAnsi="Segoe UI" w:cs="Segoe UI"/>
          <w:szCs w:val="21"/>
          <w:lang w:bidi="pa-IN"/>
        </w:rPr>
        <w:t xml:space="preserve"> </w:t>
      </w:r>
      <w:proofErr w:type="spellStart"/>
      <w:r w:rsidRPr="003C5982">
        <w:rPr>
          <w:rFonts w:ascii="Segoe UI" w:eastAsia="Times New Roman" w:hAnsi="Segoe UI" w:cs="Segoe UI"/>
          <w:szCs w:val="21"/>
          <w:lang w:bidi="pa-IN"/>
        </w:rPr>
        <w:t>Abchalnagar</w:t>
      </w:r>
      <w:proofErr w:type="spellEnd"/>
      <w:r w:rsidRPr="003C5982">
        <w:rPr>
          <w:rFonts w:ascii="Segoe UI" w:eastAsia="Times New Roman" w:hAnsi="Segoe UI" w:cs="Segoe UI"/>
          <w:szCs w:val="21"/>
          <w:lang w:bidi="pa-IN"/>
        </w:rPr>
        <w:t xml:space="preserve"> Sahib is not an ordinary public, charitable, or administrative institution. Its spiritual authority, governance, properties, and institutional character are inseparable from its </w:t>
      </w:r>
      <w:proofErr w:type="spellStart"/>
      <w:r w:rsidRPr="003C5982">
        <w:rPr>
          <w:rFonts w:ascii="Segoe UI" w:eastAsia="Times New Roman" w:hAnsi="Segoe UI" w:cs="Segoe UI"/>
          <w:szCs w:val="21"/>
          <w:lang w:bidi="pa-IN"/>
        </w:rPr>
        <w:t>Panthic</w:t>
      </w:r>
      <w:proofErr w:type="spellEnd"/>
      <w:r w:rsidRPr="003C5982">
        <w:rPr>
          <w:rFonts w:ascii="Segoe UI" w:eastAsia="Times New Roman" w:hAnsi="Segoe UI" w:cs="Segoe UI"/>
          <w:szCs w:val="21"/>
          <w:lang w:bidi="pa-IN"/>
        </w:rPr>
        <w:t xml:space="preserve"> identity. Authority over these matters belongs to the Sikh (Khalsa) Panth acting through recognized </w:t>
      </w:r>
      <w:proofErr w:type="spellStart"/>
      <w:r w:rsidRPr="003C5982">
        <w:rPr>
          <w:rFonts w:ascii="Segoe UI" w:eastAsia="Times New Roman" w:hAnsi="Segoe UI" w:cs="Segoe UI"/>
          <w:szCs w:val="21"/>
          <w:lang w:bidi="pa-IN"/>
        </w:rPr>
        <w:t>Panthic</w:t>
      </w:r>
      <w:proofErr w:type="spellEnd"/>
      <w:r w:rsidRPr="003C5982">
        <w:rPr>
          <w:rFonts w:ascii="Segoe UI" w:eastAsia="Times New Roman" w:hAnsi="Segoe UI" w:cs="Segoe UI"/>
          <w:szCs w:val="21"/>
          <w:lang w:bidi="pa-IN"/>
        </w:rPr>
        <w:t xml:space="preserve"> institutions and processes, including the collective authority and guidance of the </w:t>
      </w:r>
      <w:r w:rsidRPr="003C5982">
        <w:rPr>
          <w:rFonts w:ascii="Segoe UI" w:eastAsia="Times New Roman" w:hAnsi="Segoe UI" w:cs="Segoe UI"/>
          <w:i/>
          <w:iCs/>
          <w:szCs w:val="21"/>
          <w:lang w:bidi="pa-IN"/>
        </w:rPr>
        <w:t xml:space="preserve">Panj Takht </w:t>
      </w:r>
      <w:proofErr w:type="spellStart"/>
      <w:r w:rsidRPr="003C5982">
        <w:rPr>
          <w:rFonts w:ascii="Segoe UI" w:eastAsia="Times New Roman" w:hAnsi="Segoe UI" w:cs="Segoe UI"/>
          <w:i/>
          <w:iCs/>
          <w:szCs w:val="21"/>
          <w:lang w:bidi="pa-IN"/>
        </w:rPr>
        <w:t>Sahibaan</w:t>
      </w:r>
      <w:proofErr w:type="spellEnd"/>
      <w:r w:rsidRPr="003C5982">
        <w:rPr>
          <w:rFonts w:ascii="Segoe UI" w:eastAsia="Times New Roman" w:hAnsi="Segoe UI" w:cs="Segoe UI"/>
          <w:szCs w:val="21"/>
          <w:lang w:bidi="pa-IN"/>
        </w:rPr>
        <w:t xml:space="preserve"> and other recognized Sikh religious and </w:t>
      </w:r>
      <w:proofErr w:type="spellStart"/>
      <w:r w:rsidRPr="003C5982">
        <w:rPr>
          <w:rFonts w:ascii="Segoe UI" w:eastAsia="Times New Roman" w:hAnsi="Segoe UI" w:cs="Segoe UI"/>
          <w:szCs w:val="21"/>
          <w:lang w:bidi="pa-IN"/>
        </w:rPr>
        <w:t>Panthic</w:t>
      </w:r>
      <w:proofErr w:type="spellEnd"/>
      <w:r w:rsidRPr="003C5982">
        <w:rPr>
          <w:rFonts w:ascii="Segoe UI" w:eastAsia="Times New Roman" w:hAnsi="Segoe UI" w:cs="Segoe UI"/>
          <w:szCs w:val="21"/>
          <w:lang w:bidi="pa-IN"/>
        </w:rPr>
        <w:t xml:space="preserve"> institutions. </w:t>
      </w:r>
    </w:p>
    <w:p w14:paraId="448359A1" w14:textId="77777777" w:rsidR="004E2551" w:rsidRDefault="00DB7275" w:rsidP="00DB7275">
      <w:pPr>
        <w:spacing w:before="100" w:beforeAutospacing="1" w:after="100" w:afterAutospacing="1" w:line="300" w:lineRule="atLeast"/>
        <w:rPr>
          <w:rFonts w:ascii="Segoe UI" w:eastAsia="Times New Roman" w:hAnsi="Segoe UI" w:cs="Segoe UI"/>
          <w:szCs w:val="21"/>
          <w:lang w:bidi="pa-IN"/>
        </w:rPr>
      </w:pPr>
      <w:r w:rsidRPr="003C5982">
        <w:rPr>
          <w:rFonts w:ascii="Segoe UI" w:eastAsia="Times New Roman" w:hAnsi="Segoe UI" w:cs="Segoe UI"/>
          <w:szCs w:val="21"/>
          <w:lang w:bidi="pa-IN"/>
        </w:rPr>
        <w:t xml:space="preserve">While the 1956 Act presently provides a statutory framework for certain administrative matters, it cannot diminish, transfer, supersede, or otherwise affect the inherent </w:t>
      </w:r>
      <w:proofErr w:type="spellStart"/>
      <w:r w:rsidRPr="003C5982">
        <w:rPr>
          <w:rFonts w:ascii="Segoe UI" w:eastAsia="Times New Roman" w:hAnsi="Segoe UI" w:cs="Segoe UI"/>
          <w:szCs w:val="21"/>
          <w:lang w:bidi="pa-IN"/>
        </w:rPr>
        <w:t>Panthic</w:t>
      </w:r>
      <w:proofErr w:type="spellEnd"/>
      <w:r w:rsidRPr="003C5982">
        <w:rPr>
          <w:rFonts w:ascii="Segoe UI" w:eastAsia="Times New Roman" w:hAnsi="Segoe UI" w:cs="Segoe UI"/>
          <w:szCs w:val="21"/>
          <w:lang w:bidi="pa-IN"/>
        </w:rPr>
        <w:t xml:space="preserve"> authority and status of the Takht Sahib. Accordingly, any amendment, repeal, replacement, restructuring, appointment, regulatory change, electoral modification, property-related measure, administrative arrangement, or other intervention affecting </w:t>
      </w:r>
    </w:p>
    <w:p w14:paraId="3FF26102" w14:textId="77777777" w:rsidR="004E2551" w:rsidRDefault="004E2551" w:rsidP="004E2551">
      <w:pPr>
        <w:spacing w:before="100" w:beforeAutospacing="1" w:after="100" w:afterAutospacing="1" w:line="300" w:lineRule="atLeast"/>
        <w:rPr>
          <w:rFonts w:ascii="Segoe UI" w:eastAsia="Times New Roman" w:hAnsi="Segoe UI" w:cs="Segoe UI"/>
          <w:szCs w:val="21"/>
          <w:lang w:bidi="pa-IN"/>
        </w:rPr>
      </w:pP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t>Page 1 of 2</w:t>
      </w:r>
    </w:p>
    <w:p w14:paraId="0C703670" w14:textId="3E9EE719" w:rsidR="004E2551" w:rsidRDefault="004E2551">
      <w:pPr>
        <w:spacing w:line="300" w:lineRule="atLeast"/>
        <w:rPr>
          <w:kern w:val="2"/>
          <w:szCs w:val="21"/>
          <w:lang w:bidi="pa-IN"/>
          <w14:ligatures w14:val="standardContextual"/>
        </w:rPr>
      </w:pPr>
      <w:r>
        <w:rPr>
          <w:rFonts w:ascii="Segoe UI" w:hAnsi="Segoe UI" w:cs="Segoe UI"/>
        </w:rPr>
        <w:lastRenderedPageBreak/>
        <w:t xml:space="preserve">the Act or the governance framework of Takht </w:t>
      </w:r>
      <w:proofErr w:type="spellStart"/>
      <w:r>
        <w:rPr>
          <w:rFonts w:ascii="Segoe UI" w:hAnsi="Segoe UI" w:cs="Segoe UI"/>
        </w:rPr>
        <w:t>Sachkhand</w:t>
      </w:r>
      <w:proofErr w:type="spellEnd"/>
      <w:r>
        <w:rPr>
          <w:rFonts w:ascii="Segoe UI" w:hAnsi="Segoe UI" w:cs="Segoe UI"/>
        </w:rPr>
        <w:t xml:space="preserve"> Sri </w:t>
      </w:r>
      <w:proofErr w:type="spellStart"/>
      <w:r>
        <w:rPr>
          <w:rFonts w:ascii="Segoe UI" w:hAnsi="Segoe UI" w:cs="Segoe UI"/>
        </w:rPr>
        <w:t>Hazur</w:t>
      </w:r>
      <w:proofErr w:type="spellEnd"/>
      <w:r>
        <w:rPr>
          <w:rFonts w:ascii="Segoe UI" w:hAnsi="Segoe UI" w:cs="Segoe UI"/>
        </w:rPr>
        <w:t xml:space="preserve"> </w:t>
      </w:r>
      <w:proofErr w:type="spellStart"/>
      <w:r>
        <w:rPr>
          <w:rFonts w:ascii="Segoe UI" w:hAnsi="Segoe UI" w:cs="Segoe UI"/>
        </w:rPr>
        <w:t>Abchalnagar</w:t>
      </w:r>
      <w:proofErr w:type="spellEnd"/>
      <w:r>
        <w:rPr>
          <w:rFonts w:ascii="Segoe UI" w:hAnsi="Segoe UI" w:cs="Segoe UI"/>
        </w:rPr>
        <w:t xml:space="preserve"> Sahib must originate from within the Takht Sahib itself and proceed only through the collective authority, deliberation, and guidance of the </w:t>
      </w:r>
      <w:r>
        <w:rPr>
          <w:rFonts w:ascii="Segoe UI" w:hAnsi="Segoe UI" w:cs="Segoe UI"/>
          <w:i/>
          <w:iCs/>
        </w:rPr>
        <w:t xml:space="preserve">Panj Takht </w:t>
      </w:r>
      <w:proofErr w:type="spellStart"/>
      <w:r>
        <w:rPr>
          <w:rFonts w:ascii="Segoe UI" w:hAnsi="Segoe UI" w:cs="Segoe UI"/>
          <w:i/>
          <w:iCs/>
        </w:rPr>
        <w:t>Sahibaan</w:t>
      </w:r>
      <w:proofErr w:type="spellEnd"/>
      <w:r>
        <w:rPr>
          <w:rFonts w:ascii="Segoe UI" w:hAnsi="Segoe UI" w:cs="Segoe UI"/>
        </w:rPr>
        <w:t xml:space="preserve"> and other recognized Sikh (Khalsa) </w:t>
      </w:r>
      <w:proofErr w:type="spellStart"/>
      <w:r>
        <w:rPr>
          <w:rFonts w:ascii="Segoe UI" w:hAnsi="Segoe UI" w:cs="Segoe UI"/>
        </w:rPr>
        <w:t>Panthic</w:t>
      </w:r>
      <w:proofErr w:type="spellEnd"/>
      <w:r>
        <w:rPr>
          <w:rFonts w:ascii="Segoe UI" w:hAnsi="Segoe UI" w:cs="Segoe UI"/>
        </w:rPr>
        <w:t xml:space="preserve"> institutions acting through </w:t>
      </w:r>
      <w:proofErr w:type="spellStart"/>
      <w:r>
        <w:rPr>
          <w:rFonts w:ascii="Segoe UI" w:hAnsi="Segoe UI" w:cs="Segoe UI"/>
        </w:rPr>
        <w:t>Panthic</w:t>
      </w:r>
      <w:proofErr w:type="spellEnd"/>
      <w:r>
        <w:rPr>
          <w:rFonts w:ascii="Segoe UI" w:hAnsi="Segoe UI" w:cs="Segoe UI"/>
        </w:rPr>
        <w:t xml:space="preserve"> consultation and consensus. Such matters should not be initiated, proposed, directed, facilitated, supervised, or otherwise driven by any governmental authority, unilateral action, externally driven process, or State-framed mechanism. </w:t>
      </w:r>
    </w:p>
    <w:p w14:paraId="0F21BA02" w14:textId="69242EB8" w:rsidR="00ED163D" w:rsidRDefault="00426FE1">
      <w:pPr>
        <w:spacing w:line="300" w:lineRule="atLeast"/>
        <w:rPr>
          <w:rFonts w:ascii="Segoe UI" w:hAnsi="Segoe UI" w:cs="Segoe UI"/>
          <w:lang w:bidi="pa-IN"/>
        </w:rPr>
      </w:pPr>
      <w:r w:rsidRPr="00426FE1">
        <w:rPr>
          <w:rFonts w:ascii="Segoe UI" w:hAnsi="Segoe UI" w:cs="Segoe UI"/>
        </w:rPr>
        <w:t>The undersigned</w:t>
      </w:r>
      <w:r w:rsidRPr="00426FE1">
        <w:rPr>
          <w:rFonts w:ascii="Segoe UI" w:hAnsi="Segoe UI" w:cs="Segoe UI"/>
          <w:lang w:bidi="pa-IN"/>
        </w:rPr>
        <w:t xml:space="preserve"> therefore respectfully </w:t>
      </w:r>
      <w:r w:rsidRPr="00426FE1">
        <w:rPr>
          <w:rFonts w:ascii="Segoe UI" w:hAnsi="Segoe UI" w:cs="Segoe UI"/>
        </w:rPr>
        <w:t>urges</w:t>
      </w:r>
      <w:r w:rsidRPr="00426FE1">
        <w:rPr>
          <w:rFonts w:ascii="Segoe UI" w:hAnsi="Segoe UI" w:cs="Segoe UI"/>
          <w:lang w:bidi="pa-IN"/>
        </w:rPr>
        <w:t xml:space="preserve"> the Government of Maharashtra to refrain from initiating or implementing any measure affecting the Act or any related legal, administrative, electoral, property, management, religious, institutional, or governance framework concerning Takht </w:t>
      </w:r>
      <w:proofErr w:type="spellStart"/>
      <w:r w:rsidRPr="00426FE1">
        <w:rPr>
          <w:rFonts w:ascii="Segoe UI" w:hAnsi="Segoe UI" w:cs="Segoe UI"/>
          <w:lang w:bidi="pa-IN"/>
        </w:rPr>
        <w:t>Sachkhand</w:t>
      </w:r>
      <w:proofErr w:type="spellEnd"/>
      <w:r w:rsidRPr="00426FE1">
        <w:rPr>
          <w:rFonts w:ascii="Segoe UI" w:hAnsi="Segoe UI" w:cs="Segoe UI"/>
          <w:lang w:bidi="pa-IN"/>
        </w:rPr>
        <w:t xml:space="preserve"> Sri </w:t>
      </w:r>
      <w:proofErr w:type="spellStart"/>
      <w:r w:rsidRPr="00426FE1">
        <w:rPr>
          <w:rFonts w:ascii="Segoe UI" w:hAnsi="Segoe UI" w:cs="Segoe UI"/>
          <w:lang w:bidi="pa-IN"/>
        </w:rPr>
        <w:t>Hazur</w:t>
      </w:r>
      <w:proofErr w:type="spellEnd"/>
      <w:r w:rsidRPr="00426FE1">
        <w:rPr>
          <w:rFonts w:ascii="Segoe UI" w:hAnsi="Segoe UI" w:cs="Segoe UI"/>
          <w:lang w:bidi="pa-IN"/>
        </w:rPr>
        <w:t xml:space="preserve"> </w:t>
      </w:r>
      <w:proofErr w:type="spellStart"/>
      <w:r w:rsidRPr="00426FE1">
        <w:rPr>
          <w:rFonts w:ascii="Segoe UI" w:hAnsi="Segoe UI" w:cs="Segoe UI"/>
          <w:lang w:bidi="pa-IN"/>
        </w:rPr>
        <w:t>Abchalnagar</w:t>
      </w:r>
      <w:proofErr w:type="spellEnd"/>
      <w:r w:rsidRPr="00426FE1">
        <w:rPr>
          <w:rFonts w:ascii="Segoe UI" w:hAnsi="Segoe UI" w:cs="Segoe UI"/>
          <w:lang w:bidi="pa-IN"/>
        </w:rPr>
        <w:t xml:space="preserve"> Sahib, Nanded. Any role of Government should be limited to respecting constitutional protections and religious autonomy and, where lawfully required, respecting, protecting, and facilitating the lawful implementation of decisions reached through recognized Sikh (Khalsa) </w:t>
      </w:r>
      <w:proofErr w:type="spellStart"/>
      <w:r w:rsidRPr="00426FE1">
        <w:rPr>
          <w:rFonts w:ascii="Segoe UI" w:hAnsi="Segoe UI" w:cs="Segoe UI"/>
          <w:lang w:bidi="pa-IN"/>
        </w:rPr>
        <w:t>Panthic</w:t>
      </w:r>
      <w:proofErr w:type="spellEnd"/>
      <w:r w:rsidRPr="00426FE1">
        <w:rPr>
          <w:rFonts w:ascii="Segoe UI" w:hAnsi="Segoe UI" w:cs="Segoe UI"/>
          <w:lang w:bidi="pa-IN"/>
        </w:rPr>
        <w:t xml:space="preserve"> institutions and processes, without directing or controlling those decisions.</w:t>
      </w:r>
    </w:p>
    <w:p w14:paraId="2F13FE2A" w14:textId="77777777" w:rsidR="00ED163D" w:rsidRDefault="00303775">
      <w:pPr>
        <w:spacing w:line="300" w:lineRule="atLeast"/>
        <w:rPr>
          <w:kern w:val="2"/>
          <w:sz w:val="24"/>
          <w:szCs w:val="24"/>
          <w:lang w:bidi="pa-IN"/>
          <w14:ligatures w14:val="standardContextual"/>
        </w:rPr>
      </w:pPr>
      <w:r w:rsidRPr="00303775">
        <w:rPr>
          <w:rFonts w:ascii="Segoe UI" w:hAnsi="Segoe UI" w:cs="Segoe UI"/>
        </w:rPr>
        <w:t>The undersigned</w:t>
      </w:r>
      <w:r w:rsidRPr="00303775">
        <w:rPr>
          <w:rFonts w:ascii="Segoe UI" w:hAnsi="Segoe UI" w:cs="Segoe UI"/>
          <w:lang w:bidi="pa-IN"/>
        </w:rPr>
        <w:t xml:space="preserve"> further </w:t>
      </w:r>
      <w:r w:rsidRPr="00303775">
        <w:rPr>
          <w:rFonts w:ascii="Segoe UI" w:hAnsi="Segoe UI" w:cs="Segoe UI"/>
        </w:rPr>
        <w:t>requests</w:t>
      </w:r>
      <w:r w:rsidRPr="00303775">
        <w:rPr>
          <w:rFonts w:ascii="Segoe UI" w:hAnsi="Segoe UI" w:cs="Segoe UI"/>
          <w:lang w:bidi="pa-IN"/>
        </w:rPr>
        <w:t xml:space="preserve"> that the Government recognize and respect the distinct, independent, and supreme </w:t>
      </w:r>
      <w:proofErr w:type="spellStart"/>
      <w:r w:rsidRPr="00303775">
        <w:rPr>
          <w:rFonts w:ascii="Segoe UI" w:hAnsi="Segoe UI" w:cs="Segoe UI"/>
          <w:lang w:bidi="pa-IN"/>
        </w:rPr>
        <w:t>Panthic</w:t>
      </w:r>
      <w:proofErr w:type="spellEnd"/>
      <w:r w:rsidRPr="00303775">
        <w:rPr>
          <w:rFonts w:ascii="Segoe UI" w:hAnsi="Segoe UI" w:cs="Segoe UI"/>
          <w:lang w:bidi="pa-IN"/>
        </w:rPr>
        <w:t xml:space="preserve"> status of Takht </w:t>
      </w:r>
      <w:proofErr w:type="spellStart"/>
      <w:r w:rsidRPr="00303775">
        <w:rPr>
          <w:rFonts w:ascii="Segoe UI" w:hAnsi="Segoe UI" w:cs="Segoe UI"/>
          <w:lang w:bidi="pa-IN"/>
        </w:rPr>
        <w:t>Sachkhand</w:t>
      </w:r>
      <w:proofErr w:type="spellEnd"/>
      <w:r w:rsidRPr="00303775">
        <w:rPr>
          <w:rFonts w:ascii="Segoe UI" w:hAnsi="Segoe UI" w:cs="Segoe UI"/>
          <w:lang w:bidi="pa-IN"/>
        </w:rPr>
        <w:t xml:space="preserve"> Sri </w:t>
      </w:r>
      <w:proofErr w:type="spellStart"/>
      <w:r w:rsidRPr="00303775">
        <w:rPr>
          <w:rFonts w:ascii="Segoe UI" w:hAnsi="Segoe UI" w:cs="Segoe UI"/>
          <w:lang w:bidi="pa-IN"/>
        </w:rPr>
        <w:t>Hazur</w:t>
      </w:r>
      <w:proofErr w:type="spellEnd"/>
      <w:r w:rsidRPr="00303775">
        <w:rPr>
          <w:rFonts w:ascii="Segoe UI" w:hAnsi="Segoe UI" w:cs="Segoe UI"/>
          <w:lang w:bidi="pa-IN"/>
        </w:rPr>
        <w:t xml:space="preserve"> </w:t>
      </w:r>
      <w:proofErr w:type="spellStart"/>
      <w:r w:rsidRPr="00303775">
        <w:rPr>
          <w:rFonts w:ascii="Segoe UI" w:hAnsi="Segoe UI" w:cs="Segoe UI"/>
          <w:lang w:bidi="pa-IN"/>
        </w:rPr>
        <w:t>Abchalnagar</w:t>
      </w:r>
      <w:proofErr w:type="spellEnd"/>
      <w:r w:rsidRPr="00303775">
        <w:rPr>
          <w:rFonts w:ascii="Segoe UI" w:hAnsi="Segoe UI" w:cs="Segoe UI"/>
          <w:lang w:bidi="pa-IN"/>
        </w:rPr>
        <w:t xml:space="preserve"> Sahib and ensure that all matters concerning its religious authority, internal affairs, governance, properties, endowments, and institutional character remain under the collective authority and responsibility of the Sikh (Khalsa) Panth, free from governmental interference or control. </w:t>
      </w:r>
    </w:p>
    <w:p w14:paraId="589C0BD2" w14:textId="77777777" w:rsidR="00ED163D" w:rsidRDefault="00000000">
      <w:pPr>
        <w:spacing w:line="300" w:lineRule="atLeast"/>
        <w:rPr>
          <w:kern w:val="2"/>
          <w:sz w:val="24"/>
          <w:szCs w:val="24"/>
          <w:lang w:bidi="pa-IN"/>
          <w14:ligatures w14:val="standardContextual"/>
        </w:rPr>
      </w:pPr>
      <w:r w:rsidRPr="00C93DEB">
        <w:rPr>
          <w:rFonts w:ascii="Segoe UI" w:hAnsi="Segoe UI" w:cs="Segoe UI"/>
          <w:lang w:bidi="pa-IN"/>
        </w:rPr>
        <w:t xml:space="preserve">This </w:t>
      </w:r>
      <w:r w:rsidRPr="00184443">
        <w:rPr>
          <w:rFonts w:ascii="Segoe UI" w:hAnsi="Segoe UI" w:cs="Segoe UI"/>
        </w:rPr>
        <w:t>letter</w:t>
      </w:r>
      <w:r w:rsidRPr="00C93DEB">
        <w:rPr>
          <w:rFonts w:ascii="Segoe UI" w:hAnsi="Segoe UI" w:cs="Segoe UI"/>
          <w:lang w:bidi="pa-IN"/>
        </w:rPr>
        <w:t xml:space="preserve"> is submitted not in opposition to the Government, but in affirmation of constitutional propriety, religious freedom, mutual respect, and the longstanding </w:t>
      </w:r>
      <w:proofErr w:type="spellStart"/>
      <w:r w:rsidRPr="00C93DEB">
        <w:rPr>
          <w:rFonts w:ascii="Segoe UI" w:hAnsi="Segoe UI" w:cs="Segoe UI"/>
          <w:lang w:bidi="pa-IN"/>
        </w:rPr>
        <w:t>Panthic</w:t>
      </w:r>
      <w:proofErr w:type="spellEnd"/>
      <w:r w:rsidRPr="00C93DEB">
        <w:rPr>
          <w:rFonts w:ascii="Segoe UI" w:hAnsi="Segoe UI" w:cs="Segoe UI"/>
          <w:lang w:bidi="pa-IN"/>
        </w:rPr>
        <w:t xml:space="preserve"> principle that the authority, dignity, governance, properties, and institutional future of a Takht Sahib must remain within the exclusive jurisdiction, authority, and responsibility of the Sikh (Khalsa) Panth itself. </w:t>
      </w:r>
      <w:r w:rsidR="00C93DEB" w:rsidRPr="00C93DEB">
        <w:rPr>
          <w:rFonts w:ascii="Segoe UI" w:hAnsi="Segoe UI" w:cs="Segoe UI"/>
        </w:rPr>
        <w:t>The undersigned</w:t>
      </w:r>
      <w:r w:rsidRPr="00C93DEB">
        <w:rPr>
          <w:rFonts w:ascii="Segoe UI" w:hAnsi="Segoe UI" w:cs="Segoe UI"/>
          <w:lang w:bidi="pa-IN"/>
        </w:rPr>
        <w:t xml:space="preserve"> respectfully </w:t>
      </w:r>
      <w:r w:rsidR="00C93DEB" w:rsidRPr="00C93DEB">
        <w:rPr>
          <w:rFonts w:ascii="Segoe UI" w:hAnsi="Segoe UI" w:cs="Segoe UI"/>
        </w:rPr>
        <w:t>requests</w:t>
      </w:r>
      <w:r w:rsidRPr="00C93DEB">
        <w:rPr>
          <w:rFonts w:ascii="Segoe UI" w:hAnsi="Segoe UI" w:cs="Segoe UI"/>
          <w:lang w:bidi="pa-IN"/>
        </w:rPr>
        <w:t xml:space="preserve"> that the Government of Maharashtra </w:t>
      </w:r>
      <w:proofErr w:type="spellStart"/>
      <w:r w:rsidRPr="00C93DEB">
        <w:rPr>
          <w:rFonts w:ascii="Segoe UI" w:hAnsi="Segoe UI" w:cs="Segoe UI"/>
          <w:lang w:bidi="pa-IN"/>
        </w:rPr>
        <w:t>honour</w:t>
      </w:r>
      <w:proofErr w:type="spellEnd"/>
      <w:r w:rsidRPr="00C93DEB">
        <w:rPr>
          <w:rFonts w:ascii="Segoe UI" w:hAnsi="Segoe UI" w:cs="Segoe UI"/>
          <w:lang w:bidi="pa-IN"/>
        </w:rPr>
        <w:t xml:space="preserve"> and protect that </w:t>
      </w:r>
      <w:proofErr w:type="spellStart"/>
      <w:r w:rsidRPr="00C93DEB">
        <w:rPr>
          <w:rFonts w:ascii="Segoe UI" w:hAnsi="Segoe UI" w:cs="Segoe UI"/>
          <w:lang w:bidi="pa-IN"/>
        </w:rPr>
        <w:t>Panthic</w:t>
      </w:r>
      <w:proofErr w:type="spellEnd"/>
      <w:r w:rsidRPr="00C93DEB">
        <w:rPr>
          <w:rFonts w:ascii="Segoe UI" w:hAnsi="Segoe UI" w:cs="Segoe UI"/>
          <w:lang w:bidi="pa-IN"/>
        </w:rPr>
        <w:t xml:space="preserve"> autonomy and responsibility. </w:t>
      </w:r>
    </w:p>
    <w:p w14:paraId="6F54A274" w14:textId="77777777" w:rsidR="00DB7275" w:rsidRDefault="00DB7275" w:rsidP="00DB7275">
      <w:pPr>
        <w:rPr>
          <w:kern w:val="2"/>
          <w:szCs w:val="21"/>
          <w:lang w:bidi="pa-IN"/>
          <w14:ligatures w14:val="standardContextual"/>
        </w:rPr>
      </w:pPr>
      <w:r>
        <w:t>Respectfully submitted,</w:t>
      </w:r>
    </w:p>
    <w:tbl>
      <w:tblPr>
        <w:tblStyle w:val="TableGrid"/>
        <w:tblW w:w="5000" w:type="pct"/>
        <w:tblLook w:val="04A0" w:firstRow="1" w:lastRow="0" w:firstColumn="1" w:lastColumn="0" w:noHBand="0" w:noVBand="1"/>
      </w:tblPr>
      <w:tblGrid>
        <w:gridCol w:w="1783"/>
        <w:gridCol w:w="8513"/>
      </w:tblGrid>
      <w:tr w:rsidR="00DB7275" w14:paraId="60832931" w14:textId="77777777" w:rsidTr="00935403">
        <w:tc>
          <w:tcPr>
            <w:tcW w:w="1872" w:type="dxa"/>
            <w:tcBorders>
              <w:top w:val="single" w:sz="8" w:space="0" w:color="auto"/>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1CE93E12" w14:textId="0E06A03E" w:rsidR="00DB7275" w:rsidRDefault="00935403" w:rsidP="00935403">
            <w:pPr>
              <w:spacing w:after="0"/>
              <w:rPr>
                <w:kern w:val="2"/>
                <w:szCs w:val="21"/>
                <w:lang w:bidi="pa-IN"/>
                <w14:ligatures w14:val="standardContextual"/>
              </w:rPr>
            </w:pPr>
            <w:r>
              <w:rPr>
                <w:b/>
                <w:bCs/>
                <w:color w:val="000000"/>
              </w:rPr>
              <w:t>Full Name of Individual</w:t>
            </w:r>
          </w:p>
        </w:tc>
        <w:tc>
          <w:tcPr>
            <w:tcW w:w="85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D66F4F" w14:textId="77777777" w:rsidR="00935403" w:rsidRDefault="00935403" w:rsidP="00935403">
            <w:pPr>
              <w:spacing w:after="0"/>
            </w:pPr>
          </w:p>
          <w:p w14:paraId="2FF79A0F" w14:textId="77777777" w:rsidR="00935403" w:rsidRDefault="00935403" w:rsidP="00935403">
            <w:pPr>
              <w:spacing w:after="0"/>
            </w:pPr>
          </w:p>
          <w:p w14:paraId="3AFEEAD1" w14:textId="4CEA900D" w:rsidR="00DB7275" w:rsidRDefault="00935403" w:rsidP="00935403">
            <w:pPr>
              <w:spacing w:after="0"/>
            </w:pPr>
            <w:r>
              <w:t>___________________________________________________________________________________</w:t>
            </w:r>
          </w:p>
        </w:tc>
      </w:tr>
      <w:tr w:rsidR="007C2740" w14:paraId="789D4FEB" w14:textId="77777777" w:rsidTr="007C2740">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3916568D" w14:textId="77777777" w:rsidR="007C2740" w:rsidRDefault="007C2740">
            <w:pPr>
              <w:spacing w:after="0"/>
              <w:rPr>
                <w:kern w:val="2"/>
                <w:szCs w:val="21"/>
                <w:lang w:bidi="pa-IN"/>
                <w14:ligatures w14:val="standardContextual"/>
              </w:rPr>
            </w:pPr>
            <w:r>
              <w:rPr>
                <w:b/>
                <w:bCs/>
                <w:color w:val="000000"/>
              </w:rPr>
              <w:t>Address / City / State / Province / Country</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6854016D" w14:textId="77777777" w:rsidR="007C2740" w:rsidRDefault="007C2740">
            <w:pPr>
              <w:spacing w:after="0"/>
            </w:pPr>
          </w:p>
          <w:p w14:paraId="29032488" w14:textId="460FD465" w:rsidR="007C2740" w:rsidRDefault="007C2740">
            <w:pPr>
              <w:spacing w:after="0"/>
            </w:pPr>
            <w:r>
              <w:t>___________________________________________________________________________________</w:t>
            </w:r>
          </w:p>
        </w:tc>
      </w:tr>
      <w:tr w:rsidR="00DB7275" w14:paraId="53DB240F" w14:textId="77777777" w:rsidTr="00935403">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22D031C4" w14:textId="2BBE8979" w:rsidR="00DB7275" w:rsidRDefault="00935403" w:rsidP="00935403">
            <w:pPr>
              <w:spacing w:after="0"/>
            </w:pPr>
            <w:r>
              <w:rPr>
                <w:b/>
                <w:bCs/>
                <w:color w:val="000000"/>
              </w:rPr>
              <w:t>Preferred Public Name (optional)</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5D4674B8" w14:textId="77777777" w:rsidR="00935403" w:rsidRDefault="00935403" w:rsidP="00935403">
            <w:pPr>
              <w:spacing w:after="0"/>
            </w:pPr>
          </w:p>
          <w:p w14:paraId="2811F470" w14:textId="0B27AAE5" w:rsidR="00DB7275" w:rsidRDefault="00935403" w:rsidP="00935403">
            <w:pPr>
              <w:spacing w:after="0"/>
            </w:pPr>
            <w:r>
              <w:t>___________________________________________________________________________________</w:t>
            </w:r>
          </w:p>
        </w:tc>
      </w:tr>
      <w:tr w:rsidR="00DB7275" w14:paraId="50B3F6F7" w14:textId="77777777" w:rsidTr="00935403">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19033635" w14:textId="02BD3188" w:rsidR="00DB7275" w:rsidRDefault="00935403" w:rsidP="00935403">
            <w:pPr>
              <w:spacing w:after="0"/>
            </w:pPr>
            <w:r>
              <w:rPr>
                <w:b/>
                <w:bCs/>
                <w:color w:val="000000"/>
              </w:rPr>
              <w:t>Occupation / Sikh Affiliation (optional)</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05A6BE20" w14:textId="77777777" w:rsidR="00DB7275" w:rsidRDefault="00DB7275" w:rsidP="00935403">
            <w:pPr>
              <w:spacing w:after="0"/>
            </w:pPr>
          </w:p>
          <w:p w14:paraId="2B43522B" w14:textId="2E402B7A" w:rsidR="00935403" w:rsidRDefault="00935403" w:rsidP="00935403">
            <w:pPr>
              <w:spacing w:after="0"/>
            </w:pPr>
            <w:r>
              <w:t>___________________________________________________________________________________</w:t>
            </w:r>
          </w:p>
        </w:tc>
      </w:tr>
      <w:tr w:rsidR="00DB7275" w14:paraId="14645462" w14:textId="77777777" w:rsidTr="00935403">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2316362D" w14:textId="147955C7" w:rsidR="00DB7275" w:rsidRDefault="00935403" w:rsidP="00935403">
            <w:pPr>
              <w:spacing w:after="0"/>
            </w:pPr>
            <w:r>
              <w:rPr>
                <w:b/>
                <w:bCs/>
                <w:color w:val="000000"/>
              </w:rPr>
              <w:t>Email / Phone</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5648DEAD" w14:textId="77777777" w:rsidR="00DB7275" w:rsidRDefault="00DB7275" w:rsidP="00935403">
            <w:pPr>
              <w:spacing w:after="0"/>
            </w:pPr>
          </w:p>
          <w:p w14:paraId="20FDE0BB" w14:textId="44304052" w:rsidR="00935403" w:rsidRDefault="00935403" w:rsidP="00935403">
            <w:pPr>
              <w:spacing w:after="0"/>
            </w:pPr>
            <w:r>
              <w:t>___________________________________________________________________________________</w:t>
            </w:r>
          </w:p>
          <w:p w14:paraId="26292B06" w14:textId="3C381B6D" w:rsidR="00935403" w:rsidRDefault="00935403" w:rsidP="00935403">
            <w:pPr>
              <w:spacing w:after="0"/>
            </w:pPr>
          </w:p>
        </w:tc>
      </w:tr>
      <w:tr w:rsidR="007C2740" w14:paraId="44D3EC77" w14:textId="77777777" w:rsidTr="007C2740">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1DA96937" w14:textId="77777777" w:rsidR="007C2740" w:rsidRDefault="007C2740">
            <w:pPr>
              <w:spacing w:after="0"/>
              <w:rPr>
                <w:kern w:val="2"/>
                <w:szCs w:val="21"/>
                <w:lang w:bidi="pa-IN"/>
                <w14:ligatures w14:val="standardContextual"/>
              </w:rPr>
            </w:pPr>
            <w:r>
              <w:rPr>
                <w:b/>
                <w:bCs/>
                <w:color w:val="000000"/>
              </w:rPr>
              <w:t>Signature / Date Signed</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3A427FA6" w14:textId="77777777" w:rsidR="007C2740" w:rsidRDefault="007C2740">
            <w:pPr>
              <w:spacing w:after="0"/>
            </w:pPr>
          </w:p>
          <w:p w14:paraId="07362FC9" w14:textId="3A9326C1" w:rsidR="007C2740" w:rsidRDefault="007C2740">
            <w:pPr>
              <w:spacing w:after="0"/>
            </w:pPr>
            <w:r>
              <w:t>Signature: ________________________________________    Date: ____________________</w:t>
            </w:r>
          </w:p>
        </w:tc>
      </w:tr>
      <w:tr w:rsidR="00DB7275" w14:paraId="4D97469C" w14:textId="77777777" w:rsidTr="00935403">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2C4C98BD" w14:textId="7875AA38" w:rsidR="00DB7275" w:rsidRDefault="00935403" w:rsidP="00935403">
            <w:pPr>
              <w:spacing w:after="0"/>
            </w:pPr>
            <w:r>
              <w:rPr>
                <w:b/>
                <w:bCs/>
                <w:color w:val="000000"/>
              </w:rPr>
              <w:t>Additional Note (optional)</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633E6DEC" w14:textId="77777777" w:rsidR="00DB7275" w:rsidRDefault="00DB7275" w:rsidP="00935403">
            <w:pPr>
              <w:spacing w:after="0"/>
            </w:pPr>
          </w:p>
          <w:p w14:paraId="7E2A1113" w14:textId="77777777" w:rsidR="00935403" w:rsidRDefault="00935403" w:rsidP="00935403">
            <w:pPr>
              <w:spacing w:after="0"/>
            </w:pPr>
          </w:p>
          <w:p w14:paraId="6887068F" w14:textId="77777777" w:rsidR="00935403" w:rsidRDefault="00935403" w:rsidP="00935403">
            <w:pPr>
              <w:spacing w:after="0"/>
            </w:pPr>
          </w:p>
          <w:p w14:paraId="60F7892A" w14:textId="77777777" w:rsidR="00317A45" w:rsidRDefault="00317A45"/>
          <w:p w14:paraId="118C4748" w14:textId="3793C535" w:rsidR="00935403" w:rsidRDefault="00935403" w:rsidP="00841E14">
            <w:pPr>
              <w:jc w:val="right"/>
            </w:pPr>
          </w:p>
        </w:tc>
      </w:tr>
    </w:tbl>
    <w:p w14:paraId="06857B63" w14:textId="5A2BE145" w:rsidR="00841E14" w:rsidRDefault="00A71E64" w:rsidP="004C6C96">
      <w:pPr>
        <w:rPr>
          <w:kern w:val="2"/>
          <w:sz w:val="24"/>
          <w:szCs w:val="24"/>
          <w:lang w:bidi="pa-IN"/>
          <w14:ligatures w14:val="standardContextual"/>
        </w:rPr>
      </w:pP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sidR="004E2551">
        <w:rPr>
          <w:kern w:val="2"/>
          <w:szCs w:val="21"/>
          <w:lang w:bidi="pa-IN"/>
          <w14:ligatures w14:val="standardContextual"/>
        </w:rPr>
        <w:tab/>
      </w:r>
      <w:r w:rsidR="004E2551">
        <w:rPr>
          <w:kern w:val="2"/>
          <w:szCs w:val="21"/>
          <w:lang w:bidi="pa-IN"/>
          <w14:ligatures w14:val="standardContextual"/>
        </w:rPr>
        <w:tab/>
      </w:r>
      <w:r w:rsidR="004E2551">
        <w:rPr>
          <w:kern w:val="2"/>
          <w:szCs w:val="21"/>
          <w:lang w:bidi="pa-IN"/>
          <w14:ligatures w14:val="standardContextual"/>
        </w:rPr>
        <w:tab/>
      </w:r>
      <w:r w:rsidR="004E2551">
        <w:rPr>
          <w:kern w:val="2"/>
          <w:szCs w:val="21"/>
          <w:lang w:bidi="pa-IN"/>
          <w14:ligatures w14:val="standardContextual"/>
        </w:rPr>
        <w:tab/>
        <w:t>Page 2 of 2</w:t>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p>
    <w:p w14:paraId="0E487DE6" w14:textId="77777777" w:rsidR="00FE22F4" w:rsidRDefault="00FE22F4" w:rsidP="00FE22F4">
      <w:pPr>
        <w:pStyle w:val="Heading1"/>
        <w:pageBreakBefore/>
        <w:rPr>
          <w:kern w:val="36"/>
          <w:szCs w:val="30"/>
          <w:lang w:bidi="pa-IN"/>
          <w14:ligatures w14:val="standardContextual"/>
        </w:rPr>
      </w:pPr>
      <w:r>
        <w:lastRenderedPageBreak/>
        <w:t>4. Response / Endorsement Form</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8513"/>
      </w:tblGrid>
      <w:tr w:rsidR="00956633" w14:paraId="621A0EA2" w14:textId="77777777">
        <w:tc>
          <w:tcPr>
            <w:tcW w:w="1872" w:type="dxa"/>
            <w:tcBorders>
              <w:top w:val="single" w:sz="8" w:space="0" w:color="auto"/>
              <w:left w:val="single" w:sz="8" w:space="0" w:color="auto"/>
              <w:bottom w:val="single" w:sz="8" w:space="0" w:color="auto"/>
              <w:right w:val="single" w:sz="8" w:space="0" w:color="auto"/>
            </w:tcBorders>
            <w:shd w:val="clear" w:color="auto" w:fill="EAF2F8"/>
            <w:hideMark/>
          </w:tcPr>
          <w:p w14:paraId="4DC8AE18" w14:textId="77777777" w:rsidR="00956633" w:rsidRDefault="00956633">
            <w:pPr>
              <w:spacing w:after="0"/>
              <w:rPr>
                <w:kern w:val="2"/>
                <w:szCs w:val="21"/>
                <w:lang w:bidi="pa-IN"/>
                <w14:ligatures w14:val="standardContextual"/>
              </w:rPr>
            </w:pPr>
            <w:r>
              <w:rPr>
                <w:b/>
                <w:bCs/>
                <w:color w:val="000000"/>
              </w:rPr>
              <w:t>Full Name of Individual</w:t>
            </w:r>
          </w:p>
        </w:tc>
        <w:tc>
          <w:tcPr>
            <w:tcW w:w="8568" w:type="dxa"/>
            <w:tcBorders>
              <w:top w:val="single" w:sz="8" w:space="0" w:color="auto"/>
              <w:left w:val="nil"/>
              <w:bottom w:val="single" w:sz="8" w:space="0" w:color="auto"/>
              <w:right w:val="single" w:sz="8" w:space="0" w:color="auto"/>
            </w:tcBorders>
            <w:hideMark/>
          </w:tcPr>
          <w:p w14:paraId="26CBB479" w14:textId="77777777" w:rsidR="00956633" w:rsidRDefault="00956633">
            <w:pPr>
              <w:spacing w:after="0"/>
            </w:pPr>
          </w:p>
          <w:p w14:paraId="6FD7530E" w14:textId="77777777" w:rsidR="00956633" w:rsidRDefault="00956633">
            <w:pPr>
              <w:spacing w:after="0"/>
            </w:pPr>
          </w:p>
          <w:p w14:paraId="329A3CC5" w14:textId="77777777" w:rsidR="00956633" w:rsidRDefault="00956633">
            <w:pPr>
              <w:spacing w:after="0"/>
            </w:pPr>
            <w:r>
              <w:t>___________________________________________________________________________________</w:t>
            </w:r>
          </w:p>
        </w:tc>
      </w:tr>
      <w:tr w:rsidR="007C2740" w14:paraId="2A47A2E6" w14:textId="77777777" w:rsidTr="007C27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72" w:type="dxa"/>
            <w:tcBorders>
              <w:top w:val="nil"/>
              <w:left w:val="single" w:sz="8" w:space="0" w:color="auto"/>
              <w:bottom w:val="single" w:sz="8" w:space="0" w:color="auto"/>
              <w:right w:val="single" w:sz="8" w:space="0" w:color="auto"/>
            </w:tcBorders>
            <w:shd w:val="clear" w:color="auto" w:fill="EAF2F8"/>
            <w:hideMark/>
          </w:tcPr>
          <w:p w14:paraId="066BE566" w14:textId="77777777" w:rsidR="007C2740" w:rsidRDefault="007C2740">
            <w:pPr>
              <w:spacing w:after="0"/>
              <w:rPr>
                <w:kern w:val="2"/>
                <w:szCs w:val="21"/>
                <w:lang w:bidi="pa-IN"/>
                <w14:ligatures w14:val="standardContextual"/>
              </w:rPr>
            </w:pPr>
            <w:r>
              <w:rPr>
                <w:b/>
                <w:bCs/>
                <w:color w:val="000000"/>
              </w:rPr>
              <w:t>Address / City / State / Province / Country</w:t>
            </w:r>
          </w:p>
        </w:tc>
        <w:tc>
          <w:tcPr>
            <w:tcW w:w="8568" w:type="dxa"/>
            <w:tcBorders>
              <w:top w:val="nil"/>
              <w:left w:val="nil"/>
              <w:bottom w:val="single" w:sz="8" w:space="0" w:color="auto"/>
              <w:right w:val="single" w:sz="8" w:space="0" w:color="auto"/>
            </w:tcBorders>
            <w:hideMark/>
          </w:tcPr>
          <w:p w14:paraId="70817D85" w14:textId="77777777" w:rsidR="007C2740" w:rsidRDefault="007C2740">
            <w:pPr>
              <w:spacing w:after="0"/>
            </w:pPr>
          </w:p>
          <w:p w14:paraId="744C32D9" w14:textId="194112F8" w:rsidR="007C2740" w:rsidRDefault="007C2740">
            <w:pPr>
              <w:spacing w:after="0"/>
            </w:pPr>
            <w:r>
              <w:t>___________________________________________________________________________________</w:t>
            </w:r>
          </w:p>
        </w:tc>
      </w:tr>
      <w:tr w:rsidR="00956633" w14:paraId="2EE588E9" w14:textId="77777777">
        <w:tc>
          <w:tcPr>
            <w:tcW w:w="1872" w:type="dxa"/>
            <w:tcBorders>
              <w:top w:val="nil"/>
              <w:left w:val="single" w:sz="8" w:space="0" w:color="auto"/>
              <w:bottom w:val="single" w:sz="8" w:space="0" w:color="auto"/>
              <w:right w:val="single" w:sz="8" w:space="0" w:color="auto"/>
            </w:tcBorders>
            <w:shd w:val="clear" w:color="auto" w:fill="EAF2F8"/>
            <w:hideMark/>
          </w:tcPr>
          <w:p w14:paraId="1CB0381E" w14:textId="77777777" w:rsidR="00956633" w:rsidRDefault="00956633">
            <w:pPr>
              <w:spacing w:after="0"/>
            </w:pPr>
            <w:r>
              <w:rPr>
                <w:b/>
                <w:bCs/>
                <w:color w:val="000000"/>
              </w:rPr>
              <w:t>Preferred Public Name (optional)</w:t>
            </w:r>
          </w:p>
        </w:tc>
        <w:tc>
          <w:tcPr>
            <w:tcW w:w="8568" w:type="dxa"/>
            <w:tcBorders>
              <w:top w:val="nil"/>
              <w:left w:val="nil"/>
              <w:bottom w:val="single" w:sz="8" w:space="0" w:color="auto"/>
              <w:right w:val="single" w:sz="8" w:space="0" w:color="auto"/>
            </w:tcBorders>
            <w:hideMark/>
          </w:tcPr>
          <w:p w14:paraId="2F659384" w14:textId="77777777" w:rsidR="00956633" w:rsidRDefault="00956633">
            <w:pPr>
              <w:spacing w:after="0"/>
            </w:pPr>
          </w:p>
          <w:p w14:paraId="66D906C4" w14:textId="77777777" w:rsidR="00956633" w:rsidRDefault="00956633">
            <w:pPr>
              <w:spacing w:after="0"/>
            </w:pPr>
            <w:r>
              <w:t>___________________________________________________________________________________</w:t>
            </w:r>
          </w:p>
        </w:tc>
      </w:tr>
      <w:tr w:rsidR="00956633" w14:paraId="58EF1E77" w14:textId="77777777">
        <w:tc>
          <w:tcPr>
            <w:tcW w:w="1872" w:type="dxa"/>
            <w:tcBorders>
              <w:top w:val="nil"/>
              <w:left w:val="single" w:sz="8" w:space="0" w:color="auto"/>
              <w:bottom w:val="single" w:sz="8" w:space="0" w:color="auto"/>
              <w:right w:val="single" w:sz="8" w:space="0" w:color="auto"/>
            </w:tcBorders>
            <w:shd w:val="clear" w:color="auto" w:fill="EAF2F8"/>
            <w:hideMark/>
          </w:tcPr>
          <w:p w14:paraId="36C22837" w14:textId="77777777" w:rsidR="00956633" w:rsidRDefault="00956633">
            <w:pPr>
              <w:spacing w:after="0"/>
            </w:pPr>
            <w:r>
              <w:rPr>
                <w:b/>
                <w:bCs/>
                <w:color w:val="000000"/>
              </w:rPr>
              <w:t>Occupation / Sikh Affiliation (optional)</w:t>
            </w:r>
          </w:p>
        </w:tc>
        <w:tc>
          <w:tcPr>
            <w:tcW w:w="8568" w:type="dxa"/>
            <w:tcBorders>
              <w:top w:val="nil"/>
              <w:left w:val="nil"/>
              <w:bottom w:val="single" w:sz="8" w:space="0" w:color="auto"/>
              <w:right w:val="single" w:sz="8" w:space="0" w:color="auto"/>
            </w:tcBorders>
            <w:hideMark/>
          </w:tcPr>
          <w:p w14:paraId="518D8A17" w14:textId="77777777" w:rsidR="00956633" w:rsidRDefault="00956633">
            <w:pPr>
              <w:spacing w:after="0"/>
            </w:pPr>
          </w:p>
          <w:p w14:paraId="3DF77277" w14:textId="77777777" w:rsidR="00956633" w:rsidRDefault="00956633">
            <w:pPr>
              <w:spacing w:after="0"/>
            </w:pPr>
            <w:r>
              <w:t>___________________________________________________________________________________</w:t>
            </w:r>
          </w:p>
        </w:tc>
      </w:tr>
      <w:tr w:rsidR="00956633" w14:paraId="271A96F6" w14:textId="77777777">
        <w:tc>
          <w:tcPr>
            <w:tcW w:w="1872" w:type="dxa"/>
            <w:tcBorders>
              <w:top w:val="nil"/>
              <w:left w:val="single" w:sz="8" w:space="0" w:color="auto"/>
              <w:bottom w:val="single" w:sz="8" w:space="0" w:color="auto"/>
              <w:right w:val="single" w:sz="8" w:space="0" w:color="auto"/>
            </w:tcBorders>
            <w:shd w:val="clear" w:color="auto" w:fill="EAF2F8"/>
            <w:hideMark/>
          </w:tcPr>
          <w:p w14:paraId="68708FE6" w14:textId="77777777" w:rsidR="00956633" w:rsidRDefault="00956633">
            <w:pPr>
              <w:spacing w:after="0"/>
            </w:pPr>
            <w:r>
              <w:rPr>
                <w:b/>
                <w:bCs/>
                <w:color w:val="000000"/>
              </w:rPr>
              <w:t>Email / Phone</w:t>
            </w:r>
          </w:p>
        </w:tc>
        <w:tc>
          <w:tcPr>
            <w:tcW w:w="8568" w:type="dxa"/>
            <w:tcBorders>
              <w:top w:val="nil"/>
              <w:left w:val="nil"/>
              <w:bottom w:val="single" w:sz="8" w:space="0" w:color="auto"/>
              <w:right w:val="single" w:sz="8" w:space="0" w:color="auto"/>
            </w:tcBorders>
            <w:hideMark/>
          </w:tcPr>
          <w:p w14:paraId="414D4E22" w14:textId="77777777" w:rsidR="00956633" w:rsidRDefault="00956633">
            <w:pPr>
              <w:spacing w:after="0"/>
            </w:pPr>
          </w:p>
          <w:p w14:paraId="4DBB578D" w14:textId="77777777" w:rsidR="00956633" w:rsidRDefault="00956633">
            <w:pPr>
              <w:spacing w:after="0"/>
            </w:pPr>
            <w:r>
              <w:t>___________________________________________________________________________________</w:t>
            </w:r>
          </w:p>
        </w:tc>
      </w:tr>
      <w:tr w:rsidR="007C2740" w14:paraId="41AE822E" w14:textId="77777777" w:rsidTr="007C27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72" w:type="dxa"/>
            <w:tcBorders>
              <w:top w:val="nil"/>
              <w:left w:val="single" w:sz="8" w:space="0" w:color="auto"/>
              <w:bottom w:val="single" w:sz="8" w:space="0" w:color="auto"/>
              <w:right w:val="single" w:sz="8" w:space="0" w:color="auto"/>
            </w:tcBorders>
            <w:shd w:val="clear" w:color="auto" w:fill="EAF2F8"/>
            <w:hideMark/>
          </w:tcPr>
          <w:p w14:paraId="7E22D7A6" w14:textId="77777777" w:rsidR="007C2740" w:rsidRDefault="007C2740">
            <w:pPr>
              <w:spacing w:after="0"/>
              <w:rPr>
                <w:kern w:val="2"/>
                <w:szCs w:val="21"/>
                <w:lang w:bidi="pa-IN"/>
                <w14:ligatures w14:val="standardContextual"/>
              </w:rPr>
            </w:pPr>
            <w:r>
              <w:rPr>
                <w:b/>
                <w:bCs/>
                <w:color w:val="000000"/>
              </w:rPr>
              <w:t>Signature / Date Signed</w:t>
            </w:r>
          </w:p>
        </w:tc>
        <w:tc>
          <w:tcPr>
            <w:tcW w:w="8568" w:type="dxa"/>
            <w:tcBorders>
              <w:top w:val="nil"/>
              <w:left w:val="nil"/>
              <w:bottom w:val="single" w:sz="8" w:space="0" w:color="auto"/>
              <w:right w:val="single" w:sz="8" w:space="0" w:color="auto"/>
            </w:tcBorders>
            <w:hideMark/>
          </w:tcPr>
          <w:p w14:paraId="0B6ADA8D" w14:textId="77777777" w:rsidR="007C2740" w:rsidRDefault="007C2740">
            <w:pPr>
              <w:spacing w:after="0"/>
            </w:pPr>
          </w:p>
          <w:p w14:paraId="19B7F7EA" w14:textId="32B957D2" w:rsidR="007C2740" w:rsidRDefault="007C2740">
            <w:pPr>
              <w:spacing w:after="0"/>
            </w:pPr>
            <w:r>
              <w:t>Signature: ________________________________________    Date: ____________________</w:t>
            </w:r>
          </w:p>
        </w:tc>
      </w:tr>
      <w:tr w:rsidR="00956633" w14:paraId="7A00DEE2" w14:textId="77777777">
        <w:tc>
          <w:tcPr>
            <w:tcW w:w="1872" w:type="dxa"/>
            <w:tcBorders>
              <w:top w:val="nil"/>
              <w:left w:val="single" w:sz="8" w:space="0" w:color="auto"/>
              <w:bottom w:val="single" w:sz="8" w:space="0" w:color="auto"/>
              <w:right w:val="single" w:sz="8" w:space="0" w:color="auto"/>
            </w:tcBorders>
            <w:shd w:val="clear" w:color="auto" w:fill="EAF2F8"/>
            <w:hideMark/>
          </w:tcPr>
          <w:p w14:paraId="52D18790" w14:textId="77777777" w:rsidR="00956633" w:rsidRDefault="00956633">
            <w:pPr>
              <w:spacing w:after="0"/>
            </w:pPr>
            <w:r>
              <w:rPr>
                <w:b/>
                <w:bCs/>
                <w:color w:val="000000"/>
              </w:rPr>
              <w:t>Additional Note (optional)</w:t>
            </w:r>
          </w:p>
        </w:tc>
        <w:tc>
          <w:tcPr>
            <w:tcW w:w="8568" w:type="dxa"/>
            <w:tcBorders>
              <w:top w:val="nil"/>
              <w:left w:val="nil"/>
              <w:bottom w:val="single" w:sz="8" w:space="0" w:color="auto"/>
              <w:right w:val="single" w:sz="8" w:space="0" w:color="auto"/>
            </w:tcBorders>
            <w:hideMark/>
          </w:tcPr>
          <w:p w14:paraId="4B4A7661" w14:textId="77777777" w:rsidR="00956633" w:rsidRDefault="00956633">
            <w:pPr>
              <w:spacing w:after="0"/>
            </w:pPr>
          </w:p>
          <w:p w14:paraId="02AC43A1" w14:textId="77777777" w:rsidR="00956633" w:rsidRDefault="00956633">
            <w:pPr>
              <w:spacing w:after="0"/>
            </w:pPr>
          </w:p>
          <w:p w14:paraId="25AB298B" w14:textId="77777777" w:rsidR="00956633" w:rsidRDefault="00956633">
            <w:pPr>
              <w:spacing w:after="0"/>
            </w:pPr>
          </w:p>
          <w:p w14:paraId="326579DD" w14:textId="77777777" w:rsidR="00956633" w:rsidRDefault="00956633"/>
        </w:tc>
      </w:tr>
    </w:tbl>
    <w:p w14:paraId="2E3791B5" w14:textId="77777777" w:rsidR="004E3F76" w:rsidRDefault="004E3F76"/>
    <w:p w14:paraId="24DD8E78" w14:textId="77777777" w:rsidR="004E3F76" w:rsidRDefault="00000000">
      <w:r>
        <w:t>Response: ☐ Support as written  ☐ Support with suggested amendments  ☐ Prefer further discussion  ☐ Do not support at this time</w:t>
      </w:r>
    </w:p>
    <w:p w14:paraId="62AF5088" w14:textId="77777777" w:rsidR="004E3F76" w:rsidRDefault="00000000">
      <w:r>
        <w:t>Publication authorization: ☐ Yes, publish my name as a supporter.  ☐ No, keep our endorsement private.</w:t>
      </w:r>
    </w:p>
    <w:p w14:paraId="25C8B840" w14:textId="77777777" w:rsidR="00ED163D" w:rsidRDefault="00ED163D">
      <w:pPr>
        <w:rPr>
          <w:kern w:val="2"/>
          <w:szCs w:val="21"/>
          <w:lang w:bidi="pa-IN"/>
          <w14:ligatures w14:val="standardContextual"/>
        </w:rPr>
      </w:pPr>
      <w:r>
        <w:t xml:space="preserve">Optional video clip authorization: ☐ Yes, I/we authorize the initiative to use, upload, post, or share my/our video clip for this initiative, including on hazursahibproject.org and related lawful public awareness communications.  ☐ No, I/we do not authorize public use of any video clip </w:t>
      </w:r>
      <w:proofErr w:type="gramStart"/>
      <w:r>
        <w:t>at this time</w:t>
      </w:r>
      <w:proofErr w:type="gramEnd"/>
      <w:r>
        <w:t>.</w:t>
      </w:r>
    </w:p>
    <w:p w14:paraId="7AB1616C" w14:textId="77777777" w:rsidR="004E3F76" w:rsidRDefault="00000000">
      <w:r>
        <w:t>Letter to Government of Maharashtra option:</w:t>
      </w:r>
    </w:p>
    <w:p w14:paraId="01F35B48" w14:textId="77777777" w:rsidR="004E3F76" w:rsidRDefault="00000000">
      <w:pPr>
        <w:pStyle w:val="ListBullet"/>
      </w:pPr>
      <w:r>
        <w:t>☐ I will send my own letter to the Government of Maharashtra.</w:t>
      </w:r>
    </w:p>
    <w:p w14:paraId="73863BCB" w14:textId="77777777" w:rsidR="00ED163D" w:rsidRPr="00091934" w:rsidRDefault="00000000" w:rsidP="00091934">
      <w:pPr>
        <w:pStyle w:val="ListBullet"/>
      </w:pPr>
      <w:r w:rsidRPr="00091934">
        <w:t xml:space="preserve">☐ I </w:t>
      </w:r>
      <w:r w:rsidR="00091934" w:rsidRPr="00091934">
        <w:t>authorize</w:t>
      </w:r>
      <w:r w:rsidRPr="00091934">
        <w:t xml:space="preserve"> the initiative</w:t>
      </w:r>
      <w:r w:rsidR="00091934" w:rsidRPr="00091934">
        <w:t>, at its discretion, to make reasonable efforts</w:t>
      </w:r>
      <w:r w:rsidRPr="00091934">
        <w:t xml:space="preserve"> to include my signed support </w:t>
      </w:r>
      <w:r w:rsidR="00091934" w:rsidRPr="00091934">
        <w:t xml:space="preserve">letter, signed statement, </w:t>
      </w:r>
      <w:r w:rsidRPr="00091934">
        <w:t xml:space="preserve">or </w:t>
      </w:r>
      <w:r w:rsidR="00091934" w:rsidRPr="00091934">
        <w:t xml:space="preserve">completed </w:t>
      </w:r>
      <w:r w:rsidRPr="00091934">
        <w:t xml:space="preserve">response form with a </w:t>
      </w:r>
      <w:r w:rsidR="00091934" w:rsidRPr="00091934">
        <w:t>collective submission or related communication</w:t>
      </w:r>
      <w:r w:rsidRPr="00091934">
        <w:t xml:space="preserve"> to the Government of Maharashtra</w:t>
      </w:r>
      <w:r w:rsidR="00091934" w:rsidRPr="00091934">
        <w:t>. I understand that inclusion, forwarding, delivery, timing, acknowledgment, or acceptance by any government office cannot be guaranteed and may depend</w:t>
      </w:r>
      <w:r w:rsidRPr="00091934">
        <w:t xml:space="preserve"> on </w:t>
      </w:r>
      <w:r w:rsidR="00091934" w:rsidRPr="00091934">
        <w:t>practical, administrative, technical, or other circumstances</w:t>
      </w:r>
      <w:r w:rsidRPr="00091934">
        <w:t>.</w:t>
      </w:r>
    </w:p>
    <w:p w14:paraId="079C6799" w14:textId="77777777" w:rsidR="004E3F76" w:rsidRDefault="00000000">
      <w:pPr>
        <w:pStyle w:val="ListBullet"/>
      </w:pPr>
      <w:r>
        <w:t>☐ I do not wish to send or be included in any letter to the Government of Maharashtra at this time.</w:t>
      </w:r>
    </w:p>
    <w:p w14:paraId="2173C9AC" w14:textId="720C9F07" w:rsidR="00B85DDC" w:rsidRDefault="00000000" w:rsidP="001F5A23">
      <w:r>
        <w:t xml:space="preserve">Please return this form to: Dedicated Initiative Email: </w:t>
      </w:r>
      <w:r w:rsidR="00D53BA7" w:rsidRPr="00D53BA7">
        <w:rPr>
          <w:b/>
          <w:bCs/>
        </w:rPr>
        <w:t>hazursahibproject@proton.me</w:t>
      </w:r>
      <w:r>
        <w:t xml:space="preserve"> </w:t>
      </w:r>
    </w:p>
    <w:p w14:paraId="0FA61526" w14:textId="7F880D51" w:rsidR="00ED163D" w:rsidRDefault="00000000" w:rsidP="001F5A23">
      <w:pPr>
        <w:rPr>
          <w:kern w:val="2"/>
          <w:sz w:val="24"/>
          <w:szCs w:val="24"/>
          <w:lang w:bidi="pa-IN"/>
          <w14:ligatures w14:val="standardContextual"/>
        </w:rPr>
      </w:pPr>
      <w:r>
        <w:t xml:space="preserve">Website: </w:t>
      </w:r>
      <w:r>
        <w:rPr>
          <w:b/>
          <w:bCs/>
        </w:rPr>
        <w:t>hazursahibproject.org</w:t>
      </w:r>
    </w:p>
    <w:p w14:paraId="0AC467D5" w14:textId="77777777" w:rsidR="004E3F76" w:rsidRDefault="00000000" w:rsidP="00CD6365">
      <w:r>
        <w:br/>
      </w:r>
    </w:p>
    <w:p w14:paraId="29F0C014" w14:textId="77777777" w:rsidR="004E3F76" w:rsidRDefault="004E3F76">
      <w:pPr>
        <w:sectPr w:rsidR="004E3F76">
          <w:pgSz w:w="12240" w:h="15840"/>
          <w:pgMar w:top="936" w:right="1080" w:bottom="936" w:left="1080" w:header="720" w:footer="720" w:gutter="0"/>
          <w:cols w:space="720"/>
          <w:docGrid w:linePitch="360"/>
        </w:sectPr>
      </w:pPr>
    </w:p>
    <w:p w14:paraId="0E2B4C7C" w14:textId="77777777" w:rsidR="004E3F76" w:rsidRDefault="00B96745" w:rsidP="00B96745">
      <w:pPr>
        <w:pStyle w:val="Title"/>
        <w:jc w:val="center"/>
      </w:pPr>
      <w:r w:rsidRPr="00B96745">
        <w:rPr>
          <w:rFonts w:cs="Raavi"/>
          <w:cs/>
        </w:rPr>
        <w:lastRenderedPageBreak/>
        <w:t>ਤਖ਼ਤ ਸ੍ਰੀ ਹਜ਼ੂਰ ਸਾਹਿਬ ਦੇ ਪੰਥਕ ਅਧਿਕਾਰਾਂ ਦੀ ਰੱਖਿਆ ਲਈ ਸਾਂਝਾ ਯਤਨ</w:t>
      </w:r>
    </w:p>
    <w:p w14:paraId="02E74807" w14:textId="77777777" w:rsidR="00ED163D" w:rsidRDefault="00000000">
      <w:pPr>
        <w:pStyle w:val="Punjabi"/>
        <w:rPr>
          <w:rFonts w:cs="Raavi"/>
        </w:rPr>
      </w:pPr>
      <w:r>
        <w:rPr>
          <w:rFonts w:cs="Raavi"/>
          <w:b/>
          <w:bCs/>
          <w:cs/>
        </w:rPr>
        <w:t>ਜਨਤਕ ਜਾਰੀਕਰਨ / ਸਵੈਇੱਛਕ ਭਾਗੀਦਾਰੀ ਸੁਨੇਹਾ:</w:t>
      </w:r>
      <w:r>
        <w:rPr>
          <w:rFonts w:cs="Raavi"/>
          <w:cs/>
        </w:rPr>
        <w:t xml:space="preserve"> ਜਿਵੇਂ ਅਸੀਂ</w:t>
      </w:r>
      <w:r>
        <w:t xml:space="preserve"> </w:t>
      </w:r>
      <w:r>
        <w:rPr>
          <w:b/>
          <w:bCs/>
        </w:rPr>
        <w:t>hazursahibproject.org</w:t>
      </w:r>
      <w:r>
        <w:t xml:space="preserve"> </w:t>
      </w:r>
      <w:r>
        <w:rPr>
          <w:rFonts w:cs="Raavi"/>
          <w:cs/>
        </w:rPr>
        <w:t>ਸ਼ੁਰੂ ਕਰਨ ਦੀ ਤਿਆਰੀ ਕਰ ਰਹੇ ਹਾਂ</w:t>
      </w:r>
      <w:r>
        <w:t xml:space="preserve">, </w:t>
      </w:r>
      <w:r>
        <w:rPr>
          <w:rFonts w:cs="Raavi"/>
          <w:cs/>
        </w:rPr>
        <w:t>ਇਹ ਦਸਤਾਵੇਜ਼ ਜਨਤਕ ਤੌਰ ’ਤੇ ਸਾਂਝੇ ਕੀਤੇ ਜਾ ਰਹੇ ਹਨ ਤਾਂ ਜੋ ਗੁਰਦੁਆਰੇ</w:t>
      </w:r>
      <w:r>
        <w:t xml:space="preserve">, </w:t>
      </w:r>
      <w:r>
        <w:rPr>
          <w:rFonts w:cs="Raavi"/>
          <w:cs/>
        </w:rPr>
        <w:t>ਸਿੱਖ ਸੰਸਥਾਵਾਂ</w:t>
      </w:r>
      <w:r>
        <w:t xml:space="preserve">, </w:t>
      </w:r>
      <w:r>
        <w:rPr>
          <w:rFonts w:cs="Raavi"/>
          <w:cs/>
        </w:rPr>
        <w:t>ਸੇਵਾਦਾਰ</w:t>
      </w:r>
      <w:r>
        <w:t xml:space="preserve">, </w:t>
      </w:r>
      <w:r>
        <w:rPr>
          <w:rFonts w:cs="Raavi"/>
          <w:cs/>
        </w:rPr>
        <w:t>ਸੰਗਤ ਮੈਂਬਰ</w:t>
      </w:r>
      <w:r>
        <w:t xml:space="preserve">, </w:t>
      </w:r>
      <w:r>
        <w:rPr>
          <w:rFonts w:cs="Raavi"/>
          <w:cs/>
        </w:rPr>
        <w:t xml:space="preserve">ਸਵੈਇੱਛਕ ਅਤੇ ਹੋਰ ਚਿੰਤਤ ਵਿਅਕਤੀ </w:t>
      </w:r>
      <w:r w:rsidR="0084537B" w:rsidRPr="0084537B">
        <w:rPr>
          <w:rFonts w:cs="Raavi"/>
          <w:cs/>
        </w:rPr>
        <w:t xml:space="preserve">ਤਖ਼ਤ ਸੱਚਖੰਡ ਸ੍ਰੀ ਹਜ਼ੂਰ ਸਾਹਿਬ ਪੰਥਕ ਖ਼ੁਦਮੁਖ਼ਤਿਆਰੀ ਪਹਿਲਕਦਮੀ ਸੰਬੰਧੀ ਸੰਲਗਨ ਸਮੱਗਰੀ </w:t>
      </w:r>
      <w:r>
        <w:rPr>
          <w:rFonts w:cs="Raavi"/>
          <w:cs/>
        </w:rPr>
        <w:t>ਨੂੰ ਵੇਖ ਸਕਣ ਅਤੇ</w:t>
      </w:r>
      <w:r w:rsidR="0084537B" w:rsidRPr="0084537B">
        <w:t xml:space="preserve">, </w:t>
      </w:r>
      <w:r w:rsidR="0084537B" w:rsidRPr="0084537B">
        <w:rPr>
          <w:rFonts w:cs="Raavi"/>
          <w:cs/>
        </w:rPr>
        <w:t>ਜੇ ਉਹ ਇਸ ਸਿਧਾਂਤ ਨਾਲ ਸਹਿਮਤ ਹਨ</w:t>
      </w:r>
      <w:r w:rsidR="0084537B" w:rsidRPr="0084537B">
        <w:t xml:space="preserve">, </w:t>
      </w:r>
      <w:r w:rsidR="0084537B" w:rsidRPr="0084537B">
        <w:rPr>
          <w:rFonts w:cs="Raavi"/>
          <w:cs/>
        </w:rPr>
        <w:t>ਤਾਂ</w:t>
      </w:r>
      <w:r>
        <w:rPr>
          <w:rFonts w:cs="Raavi"/>
          <w:cs/>
        </w:rPr>
        <w:t xml:space="preserve"> ਆਪਣੀ ਇੱਛਾ ਅਨੁਸਾਰ ਸਵੈਇੱਛਕ </w:t>
      </w:r>
      <w:r w:rsidR="0084537B" w:rsidRPr="0084537B">
        <w:rPr>
          <w:rFonts w:cs="Raavi"/>
          <w:cs/>
        </w:rPr>
        <w:t xml:space="preserve">ਅਤੇ ਵਿਕਲਪਿਕ </w:t>
      </w:r>
      <w:r>
        <w:rPr>
          <w:rFonts w:cs="Raavi"/>
          <w:cs/>
        </w:rPr>
        <w:t>ਸਮਰਥਨ ਦੇ ਸਕਣ। ਸਮਰਥਨ ਪੱਤਰ ਜਾਂ ਫਾਰਮ ’ਤੇ ਦਸਤਖ਼ਤ ਕਰਕੇ</w:t>
      </w:r>
      <w:r>
        <w:t xml:space="preserve">, </w:t>
      </w:r>
      <w:r>
        <w:rPr>
          <w:rFonts w:cs="Raavi"/>
          <w:cs/>
        </w:rPr>
        <w:t>ਸਰਕਾਰ ਨੂੰ ਆਪਣਾ ਸਨਮਾਨਪੂਰਵਕ ਪੱਤਰ ਭੇਜ ਕੇ</w:t>
      </w:r>
      <w:r>
        <w:t xml:space="preserve">, </w:t>
      </w:r>
      <w:r>
        <w:rPr>
          <w:rFonts w:cs="Raavi"/>
          <w:cs/>
        </w:rPr>
        <w:t>ਆਪਣੀ ਭਾਸ਼ਾ ਜਾਂ ਆਪਣੇ ਸ਼ਬਦਾਂ ਵਿੱਚ ਛੋਟੀ ਵੀਡੀਓ ਕਲਿੱਪ ਬਣਾ ਕੇ</w:t>
      </w:r>
      <w:r>
        <w:t xml:space="preserve">, </w:t>
      </w:r>
      <w:r>
        <w:rPr>
          <w:rFonts w:cs="Raavi"/>
          <w:cs/>
        </w:rPr>
        <w:t xml:space="preserve">ਸਮੱਗਰੀ ਹੋਰਾਂ ਨਾਲ ਸਾਂਝੀ ਕਰਕੇ ਜਾਂ ਹੋਰਾਂ ਨੂੰ ਵੀ ਸਵੈਇੱਛਕ ਤੌਰ ’ਤੇ ਸ਼ਾਮਲ ਹੋਣ ਦੀ ਬੇਨਤੀ ਕਰਕੇ ਦਿੱਤਾ ਜਾ ਸਕਦਾ ਹੈ। </w:t>
      </w:r>
      <w:r w:rsidR="0084537B" w:rsidRPr="0084537B">
        <w:rPr>
          <w:rFonts w:cs="Raavi"/>
          <w:cs/>
        </w:rPr>
        <w:t>ਫਾਰਮ ਲੋੜ ਅਨੁਸਾਰ ਭਰ ਕੇ</w:t>
      </w:r>
      <w:r w:rsidR="0084537B" w:rsidRPr="0084537B">
        <w:t xml:space="preserve">, </w:t>
      </w:r>
      <w:r w:rsidR="0084537B" w:rsidRPr="0084537B">
        <w:rPr>
          <w:rFonts w:cs="Raavi"/>
          <w:cs/>
        </w:rPr>
        <w:t>ਦਸਤਖ਼ਤ ਕਰਕੇ</w:t>
      </w:r>
      <w:r w:rsidR="0084537B" w:rsidRPr="0084537B">
        <w:t xml:space="preserve">, </w:t>
      </w:r>
      <w:r w:rsidR="0084537B" w:rsidRPr="0084537B">
        <w:rPr>
          <w:rFonts w:cs="Raavi"/>
          <w:cs/>
        </w:rPr>
        <w:t xml:space="preserve">ਸਕੈਨ ਕਰਕੇ ਜਾਂ ਇਲੈਕਟ੍ਰਾਨਿਕ ਤੌਰ ’ਤੇ ਵਾਪਸ ਭੇਜੇ ਜਾ ਸਕਦੇ ਹਨ। </w:t>
      </w:r>
      <w:r>
        <w:rPr>
          <w:rFonts w:cs="Raavi"/>
          <w:cs/>
        </w:rPr>
        <w:t>ਸਾਰੀ ਭਾਗੀਦਾਰੀ ਵਿਕਲਪਿਕ</w:t>
      </w:r>
      <w:r>
        <w:t xml:space="preserve">, </w:t>
      </w:r>
      <w:r>
        <w:rPr>
          <w:rFonts w:cs="Raavi"/>
          <w:cs/>
        </w:rPr>
        <w:t>ਸ਼ਾਂਤੀਪੂਰਨ</w:t>
      </w:r>
      <w:r>
        <w:t xml:space="preserve">, </w:t>
      </w:r>
      <w:r>
        <w:rPr>
          <w:rFonts w:cs="Raavi"/>
          <w:cs/>
        </w:rPr>
        <w:t>ਕਾਨੂੰਨੀ ਅਤੇ ਹਰ ਵਿਅਕਤੀ ਜਾਂ ਸੰਸਥਾ ਦੇ ਆਪਣੇ ਸੁਤੰਤਰ ਫੈਸਲੇ ’ਤੇ ਆਧਾਰਿਤ ਹੈ।</w:t>
      </w:r>
      <w:r w:rsidR="0084537B" w:rsidRPr="0084537B">
        <w:rPr>
          <w:rFonts w:cs="Raavi"/>
          <w:cs/>
        </w:rPr>
        <w:t xml:space="preserve"> ਕਿਰਪਾ ਕਰਕੇ ਭਰੇ ਹੋਏ ਫਾਰਮ</w:t>
      </w:r>
      <w:r w:rsidR="0084537B" w:rsidRPr="0084537B">
        <w:t xml:space="preserve">, </w:t>
      </w:r>
      <w:r w:rsidR="0084537B" w:rsidRPr="0084537B">
        <w:rPr>
          <w:rFonts w:cs="Raavi"/>
          <w:cs/>
        </w:rPr>
        <w:t>ਪੱਤਰਾਂ ਦੀਆਂ ਕਾਪੀਆਂ ਜਾਂ ਸੰਬੰਧਿਤ ਸਮਰਥਨ ਸਮੱਗਰੀ</w:t>
      </w:r>
      <w:r w:rsidR="0084537B" w:rsidRPr="0084537B">
        <w:t xml:space="preserve"> </w:t>
      </w:r>
      <w:r w:rsidR="0084537B" w:rsidRPr="0084537B">
        <w:rPr>
          <w:b/>
          <w:bCs/>
        </w:rPr>
        <w:t>hazursahibproject@proton.me</w:t>
      </w:r>
      <w:r w:rsidR="0084537B" w:rsidRPr="0084537B">
        <w:t xml:space="preserve"> ’</w:t>
      </w:r>
      <w:r w:rsidR="0084537B" w:rsidRPr="0084537B">
        <w:rPr>
          <w:rFonts w:cs="Raavi"/>
          <w:cs/>
        </w:rPr>
        <w:t>ਤੇ ਭੇਜੋ।</w:t>
      </w:r>
    </w:p>
    <w:p w14:paraId="20427C1B" w14:textId="77777777" w:rsidR="00D76619" w:rsidRDefault="00D76619" w:rsidP="00D76619">
      <w:pPr>
        <w:pStyle w:val="Heading1"/>
        <w:rPr>
          <w:kern w:val="36"/>
          <w:szCs w:val="30"/>
          <w:lang w:bidi="pa-IN"/>
          <w14:ligatures w14:val="standardContextual"/>
        </w:rPr>
      </w:pPr>
      <w:r>
        <w:t xml:space="preserve">1. </w:t>
      </w:r>
      <w:r>
        <w:rPr>
          <w:rFonts w:ascii="Raavi" w:hAnsi="Raavi" w:cs="Raavi"/>
          <w:sz w:val="28"/>
          <w:cs/>
        </w:rPr>
        <w:t>ਸਿਧਾਂਤਕ ਬਿਆਨ ਅਤੇ ਸਮਰਥਨ ਲਈ ਅਪੀਲ</w:t>
      </w:r>
    </w:p>
    <w:p w14:paraId="2F069340" w14:textId="77777777" w:rsidR="00265F74" w:rsidRDefault="00265F74" w:rsidP="00265F74">
      <w:pPr>
        <w:pStyle w:val="Punjabi"/>
      </w:pPr>
      <w:proofErr w:type="spellStart"/>
      <w:r>
        <w:t>ਸਿਧਾਂਤਕ</w:t>
      </w:r>
      <w:proofErr w:type="spellEnd"/>
      <w:r>
        <w:t xml:space="preserve"> </w:t>
      </w:r>
      <w:proofErr w:type="spellStart"/>
      <w:r>
        <w:t>ਬਿਆਨ</w:t>
      </w:r>
      <w:proofErr w:type="spellEnd"/>
      <w:r>
        <w:t xml:space="preserve">: </w:t>
      </w:r>
      <w:proofErr w:type="spellStart"/>
      <w:r>
        <w:t>ਤਖ਼ਤ</w:t>
      </w:r>
      <w:proofErr w:type="spellEnd"/>
      <w:r>
        <w:t xml:space="preserve"> </w:t>
      </w:r>
      <w:proofErr w:type="spellStart"/>
      <w:r>
        <w:t>ਸੱਚਖੰਡ</w:t>
      </w:r>
      <w:proofErr w:type="spellEnd"/>
      <w:r>
        <w:t xml:space="preserve"> </w:t>
      </w:r>
      <w:proofErr w:type="spellStart"/>
      <w:r>
        <w:t>ਸ੍ਰੀ</w:t>
      </w:r>
      <w:proofErr w:type="spellEnd"/>
      <w:r>
        <w:t xml:space="preserve"> </w:t>
      </w:r>
      <w:proofErr w:type="spellStart"/>
      <w:r>
        <w:t>ਹਜ਼ੂਰ</w:t>
      </w:r>
      <w:proofErr w:type="spellEnd"/>
      <w:r>
        <w:t xml:space="preserve"> </w:t>
      </w:r>
      <w:proofErr w:type="spellStart"/>
      <w:r>
        <w:t>ਅਬਚਲਨਗਰ</w:t>
      </w:r>
      <w:proofErr w:type="spellEnd"/>
      <w:r>
        <w:t xml:space="preserve"> </w:t>
      </w:r>
      <w:proofErr w:type="spellStart"/>
      <w:r>
        <w:t>ਸਾਹਿਬ</w:t>
      </w:r>
      <w:proofErr w:type="spellEnd"/>
      <w:r>
        <w:t xml:space="preserve">, </w:t>
      </w:r>
      <w:proofErr w:type="spellStart"/>
      <w:r>
        <w:t>ਨਾਂਦੇੜ</w:t>
      </w:r>
      <w:proofErr w:type="spellEnd"/>
      <w:r>
        <w:t xml:space="preserve">, </w:t>
      </w:r>
      <w:proofErr w:type="spellStart"/>
      <w:r>
        <w:t>ਸਿੱਖ</w:t>
      </w:r>
      <w:proofErr w:type="spellEnd"/>
      <w:r>
        <w:t xml:space="preserve"> (</w:t>
      </w:r>
      <w:proofErr w:type="spellStart"/>
      <w:r>
        <w:t>ਖ਼ਾਲਸਾ</w:t>
      </w:r>
      <w:proofErr w:type="spellEnd"/>
      <w:r>
        <w:t xml:space="preserve">) </w:t>
      </w:r>
      <w:proofErr w:type="spellStart"/>
      <w:r>
        <w:t>ਪੰਥ</w:t>
      </w:r>
      <w:proofErr w:type="spellEnd"/>
      <w:r>
        <w:t xml:space="preserve"> </w:t>
      </w:r>
      <w:proofErr w:type="spellStart"/>
      <w:r>
        <w:t>ਦੇ</w:t>
      </w:r>
      <w:proofErr w:type="spellEnd"/>
      <w:r>
        <w:t xml:space="preserve"> </w:t>
      </w:r>
      <w:proofErr w:type="spellStart"/>
      <w:r>
        <w:t>ਪੰਜ</w:t>
      </w:r>
      <w:proofErr w:type="spellEnd"/>
      <w:r>
        <w:t xml:space="preserve"> </w:t>
      </w:r>
      <w:proofErr w:type="spellStart"/>
      <w:r>
        <w:t>ਤਖ਼ਤ</w:t>
      </w:r>
      <w:proofErr w:type="spellEnd"/>
      <w:r>
        <w:t xml:space="preserve"> </w:t>
      </w:r>
      <w:proofErr w:type="spellStart"/>
      <w:r>
        <w:t>ਸਾਹਿਬਾਨ</w:t>
      </w:r>
      <w:proofErr w:type="spellEnd"/>
      <w:r>
        <w:t xml:space="preserve"> </w:t>
      </w:r>
      <w:proofErr w:type="spellStart"/>
      <w:r>
        <w:t>ਵਿੱਚੋਂ</w:t>
      </w:r>
      <w:proofErr w:type="spellEnd"/>
      <w:r>
        <w:t xml:space="preserve"> </w:t>
      </w:r>
      <w:proofErr w:type="spellStart"/>
      <w:r>
        <w:t>ਇੱਕ</w:t>
      </w:r>
      <w:proofErr w:type="spellEnd"/>
      <w:r>
        <w:t xml:space="preserve"> </w:t>
      </w:r>
      <w:proofErr w:type="spellStart"/>
      <w:r>
        <w:t>ਹੈ</w:t>
      </w:r>
      <w:proofErr w:type="spellEnd"/>
      <w:r>
        <w:t xml:space="preserve">। </w:t>
      </w:r>
      <w:proofErr w:type="spellStart"/>
      <w:r>
        <w:t>ਸਿੱਖ</w:t>
      </w:r>
      <w:proofErr w:type="spellEnd"/>
      <w:r>
        <w:t xml:space="preserve"> </w:t>
      </w:r>
      <w:proofErr w:type="spellStart"/>
      <w:r>
        <w:t>ਇਤਿਹਾਸ</w:t>
      </w:r>
      <w:proofErr w:type="spellEnd"/>
      <w:r>
        <w:t xml:space="preserve">, </w:t>
      </w:r>
      <w:proofErr w:type="spellStart"/>
      <w:r>
        <w:t>ਯਾਦ</w:t>
      </w:r>
      <w:proofErr w:type="spellEnd"/>
      <w:r>
        <w:t xml:space="preserve">, </w:t>
      </w:r>
      <w:proofErr w:type="spellStart"/>
      <w:r>
        <w:t>ਮਰਯਾਦਾ</w:t>
      </w:r>
      <w:proofErr w:type="spellEnd"/>
      <w:r>
        <w:t xml:space="preserve"> </w:t>
      </w:r>
      <w:proofErr w:type="spellStart"/>
      <w:r>
        <w:t>ਅਤੇ</w:t>
      </w:r>
      <w:proofErr w:type="spellEnd"/>
      <w:r>
        <w:t xml:space="preserve"> </w:t>
      </w:r>
      <w:proofErr w:type="spellStart"/>
      <w:r>
        <w:t>ਸਾਂਝੀ</w:t>
      </w:r>
      <w:proofErr w:type="spellEnd"/>
      <w:r>
        <w:t xml:space="preserve"> </w:t>
      </w:r>
      <w:proofErr w:type="spellStart"/>
      <w:r>
        <w:t>ਜ਼ਿੰਮੇਵਾਰੀ</w:t>
      </w:r>
      <w:proofErr w:type="spellEnd"/>
      <w:r>
        <w:t xml:space="preserve"> </w:t>
      </w:r>
      <w:proofErr w:type="spellStart"/>
      <w:r>
        <w:t>ਵਿੱਚ</w:t>
      </w:r>
      <w:proofErr w:type="spellEnd"/>
      <w:r>
        <w:t xml:space="preserve"> </w:t>
      </w:r>
      <w:proofErr w:type="spellStart"/>
      <w:r>
        <w:t>ਇਸ</w:t>
      </w:r>
      <w:proofErr w:type="spellEnd"/>
      <w:r>
        <w:t xml:space="preserve"> </w:t>
      </w:r>
      <w:proofErr w:type="spellStart"/>
      <w:r>
        <w:t>ਦਾ</w:t>
      </w:r>
      <w:proofErr w:type="spellEnd"/>
      <w:r>
        <w:t xml:space="preserve"> </w:t>
      </w:r>
      <w:proofErr w:type="spellStart"/>
      <w:r>
        <w:t>ਬਹੁਤ</w:t>
      </w:r>
      <w:proofErr w:type="spellEnd"/>
      <w:r>
        <w:t xml:space="preserve"> </w:t>
      </w:r>
      <w:proofErr w:type="spellStart"/>
      <w:r>
        <w:t>ਪਵਿੱਤਰ</w:t>
      </w:r>
      <w:proofErr w:type="spellEnd"/>
      <w:r>
        <w:t xml:space="preserve"> </w:t>
      </w:r>
      <w:proofErr w:type="spellStart"/>
      <w:r>
        <w:t>ਅਤੇ</w:t>
      </w:r>
      <w:proofErr w:type="spellEnd"/>
      <w:r>
        <w:t xml:space="preserve"> </w:t>
      </w:r>
      <w:proofErr w:type="spellStart"/>
      <w:r>
        <w:t>ਮਹੱਤਵਪੂਰਨ</w:t>
      </w:r>
      <w:proofErr w:type="spellEnd"/>
      <w:r>
        <w:t xml:space="preserve"> </w:t>
      </w:r>
      <w:proofErr w:type="spellStart"/>
      <w:r>
        <w:t>ਸਥਾਨ</w:t>
      </w:r>
      <w:proofErr w:type="spellEnd"/>
      <w:r>
        <w:t xml:space="preserve"> </w:t>
      </w:r>
      <w:proofErr w:type="spellStart"/>
      <w:r>
        <w:t>ਹੈ</w:t>
      </w:r>
      <w:proofErr w:type="spellEnd"/>
      <w:r>
        <w:t xml:space="preserve">। </w:t>
      </w:r>
      <w:proofErr w:type="spellStart"/>
      <w:r>
        <w:t>ਇਸ</w:t>
      </w:r>
      <w:proofErr w:type="spellEnd"/>
      <w:r>
        <w:t xml:space="preserve"> </w:t>
      </w:r>
      <w:proofErr w:type="spellStart"/>
      <w:r>
        <w:t>ਦੀ</w:t>
      </w:r>
      <w:proofErr w:type="spellEnd"/>
      <w:r>
        <w:t xml:space="preserve"> </w:t>
      </w:r>
      <w:proofErr w:type="spellStart"/>
      <w:r>
        <w:t>ਅਧਿਕਾਰਤਾ</w:t>
      </w:r>
      <w:proofErr w:type="spellEnd"/>
      <w:r>
        <w:t xml:space="preserve"> </w:t>
      </w:r>
      <w:proofErr w:type="spellStart"/>
      <w:r>
        <w:t>ਕੇਵਲ</w:t>
      </w:r>
      <w:proofErr w:type="spellEnd"/>
      <w:r>
        <w:t xml:space="preserve"> </w:t>
      </w:r>
      <w:proofErr w:type="spellStart"/>
      <w:r>
        <w:t>ਪ੍ਰਸ਼ਾਸਕੀ</w:t>
      </w:r>
      <w:proofErr w:type="spellEnd"/>
      <w:r>
        <w:t xml:space="preserve"> </w:t>
      </w:r>
      <w:proofErr w:type="spellStart"/>
      <w:r>
        <w:t>ਨਹੀਂ</w:t>
      </w:r>
      <w:proofErr w:type="spellEnd"/>
      <w:r>
        <w:t xml:space="preserve">, </w:t>
      </w:r>
      <w:proofErr w:type="spellStart"/>
      <w:r>
        <w:t>ਸਗੋਂ</w:t>
      </w:r>
      <w:proofErr w:type="spellEnd"/>
      <w:r>
        <w:t xml:space="preserve"> </w:t>
      </w:r>
      <w:proofErr w:type="spellStart"/>
      <w:r>
        <w:t>ਆਤਮਕ</w:t>
      </w:r>
      <w:proofErr w:type="spellEnd"/>
      <w:r>
        <w:t xml:space="preserve">, </w:t>
      </w:r>
      <w:proofErr w:type="spellStart"/>
      <w:r>
        <w:t>ਸੰਸਥਾਗਤ</w:t>
      </w:r>
      <w:proofErr w:type="spellEnd"/>
      <w:r>
        <w:t xml:space="preserve"> </w:t>
      </w:r>
      <w:proofErr w:type="spellStart"/>
      <w:r>
        <w:t>ਅਤੇ</w:t>
      </w:r>
      <w:proofErr w:type="spellEnd"/>
      <w:r>
        <w:t xml:space="preserve"> </w:t>
      </w:r>
      <w:proofErr w:type="spellStart"/>
      <w:r>
        <w:t>ਪੰਥਕ</w:t>
      </w:r>
      <w:proofErr w:type="spellEnd"/>
      <w:r>
        <w:t xml:space="preserve"> </w:t>
      </w:r>
      <w:proofErr w:type="spellStart"/>
      <w:r>
        <w:t>ਹੈ</w:t>
      </w:r>
      <w:proofErr w:type="spellEnd"/>
      <w:r>
        <w:t>।</w:t>
      </w:r>
    </w:p>
    <w:p w14:paraId="2A4BC090" w14:textId="77777777" w:rsidR="00265F74" w:rsidRDefault="00265F74" w:rsidP="00265F74">
      <w:pPr>
        <w:pStyle w:val="Punjabi"/>
      </w:pPr>
      <w:proofErr w:type="spellStart"/>
      <w:r>
        <w:t>ਤਖ਼ਤ</w:t>
      </w:r>
      <w:proofErr w:type="spellEnd"/>
      <w:r>
        <w:t xml:space="preserve"> </w:t>
      </w:r>
      <w:proofErr w:type="spellStart"/>
      <w:r>
        <w:t>ਸ੍ਰੀ</w:t>
      </w:r>
      <w:proofErr w:type="spellEnd"/>
      <w:r>
        <w:t xml:space="preserve"> </w:t>
      </w:r>
      <w:proofErr w:type="spellStart"/>
      <w:r>
        <w:t>ਹਜ਼ੂਰ</w:t>
      </w:r>
      <w:proofErr w:type="spellEnd"/>
      <w:r>
        <w:t xml:space="preserve"> </w:t>
      </w:r>
      <w:proofErr w:type="spellStart"/>
      <w:r>
        <w:t>ਸਾਹਿਬ</w:t>
      </w:r>
      <w:proofErr w:type="spellEnd"/>
      <w:r>
        <w:t xml:space="preserve"> </w:t>
      </w:r>
      <w:proofErr w:type="spellStart"/>
      <w:r>
        <w:t>ਦੀ</w:t>
      </w:r>
      <w:proofErr w:type="spellEnd"/>
      <w:r>
        <w:t xml:space="preserve"> </w:t>
      </w:r>
      <w:proofErr w:type="spellStart"/>
      <w:r>
        <w:t>ਧਾਰਮਿਕ</w:t>
      </w:r>
      <w:proofErr w:type="spellEnd"/>
      <w:r>
        <w:t xml:space="preserve"> </w:t>
      </w:r>
      <w:proofErr w:type="spellStart"/>
      <w:r>
        <w:t>ਅਧਿਕਾਰਤਾ</w:t>
      </w:r>
      <w:proofErr w:type="spellEnd"/>
      <w:r>
        <w:t xml:space="preserve">, </w:t>
      </w:r>
      <w:proofErr w:type="spellStart"/>
      <w:r>
        <w:t>ਮਰਯਾਦਾ</w:t>
      </w:r>
      <w:proofErr w:type="spellEnd"/>
      <w:r>
        <w:t xml:space="preserve">, </w:t>
      </w:r>
      <w:proofErr w:type="spellStart"/>
      <w:r>
        <w:t>ਅੰਦਰੂਨੀ</w:t>
      </w:r>
      <w:proofErr w:type="spellEnd"/>
      <w:r>
        <w:t xml:space="preserve"> </w:t>
      </w:r>
      <w:proofErr w:type="spellStart"/>
      <w:r>
        <w:t>ਮਾਮਲੇ</w:t>
      </w:r>
      <w:proofErr w:type="spellEnd"/>
      <w:r>
        <w:t xml:space="preserve">, </w:t>
      </w:r>
      <w:proofErr w:type="spellStart"/>
      <w:r>
        <w:t>ਸੰਸਥਾਗਤ</w:t>
      </w:r>
      <w:proofErr w:type="spellEnd"/>
      <w:r>
        <w:t xml:space="preserve"> </w:t>
      </w:r>
      <w:proofErr w:type="spellStart"/>
      <w:r>
        <w:t>ਮਾਣ-ਮਰਯਾਦਾ</w:t>
      </w:r>
      <w:proofErr w:type="spellEnd"/>
      <w:r>
        <w:t xml:space="preserve">, </w:t>
      </w:r>
      <w:proofErr w:type="spellStart"/>
      <w:r>
        <w:t>ਜਾਇਦਾਦਾਂ</w:t>
      </w:r>
      <w:proofErr w:type="spellEnd"/>
      <w:r>
        <w:t xml:space="preserve">, </w:t>
      </w:r>
      <w:proofErr w:type="spellStart"/>
      <w:r>
        <w:t>ਪਰੰਪਰਾਵਾਂ</w:t>
      </w:r>
      <w:proofErr w:type="spellEnd"/>
      <w:r>
        <w:t xml:space="preserve">, </w:t>
      </w:r>
      <w:proofErr w:type="spellStart"/>
      <w:r>
        <w:t>ਪ੍ਰਬੰਧ</w:t>
      </w:r>
      <w:proofErr w:type="spellEnd"/>
      <w:r>
        <w:t xml:space="preserve"> </w:t>
      </w:r>
      <w:proofErr w:type="spellStart"/>
      <w:r>
        <w:t>ਅਤੇ</w:t>
      </w:r>
      <w:proofErr w:type="spellEnd"/>
      <w:r>
        <w:t xml:space="preserve"> </w:t>
      </w:r>
      <w:proofErr w:type="spellStart"/>
      <w:r>
        <w:t>ਸ਼ਾਸਨ</w:t>
      </w:r>
      <w:proofErr w:type="spellEnd"/>
      <w:r>
        <w:t xml:space="preserve"> </w:t>
      </w:r>
      <w:proofErr w:type="spellStart"/>
      <w:r>
        <w:t>ਸਿੱਖ</w:t>
      </w:r>
      <w:proofErr w:type="spellEnd"/>
      <w:r>
        <w:t xml:space="preserve"> (</w:t>
      </w:r>
      <w:proofErr w:type="spellStart"/>
      <w:r>
        <w:t>ਖ਼ਾਲਸਾ</w:t>
      </w:r>
      <w:proofErr w:type="spellEnd"/>
      <w:r>
        <w:t xml:space="preserve">) </w:t>
      </w:r>
      <w:proofErr w:type="spellStart"/>
      <w:r>
        <w:t>ਪੰਥ</w:t>
      </w:r>
      <w:proofErr w:type="spellEnd"/>
      <w:r>
        <w:t xml:space="preserve"> </w:t>
      </w:r>
      <w:proofErr w:type="spellStart"/>
      <w:r>
        <w:t>ਨਾਲ</w:t>
      </w:r>
      <w:proofErr w:type="spellEnd"/>
      <w:r>
        <w:t xml:space="preserve"> </w:t>
      </w:r>
      <w:proofErr w:type="spellStart"/>
      <w:r>
        <w:t>ਸੰਬੰਧਿਤ</w:t>
      </w:r>
      <w:proofErr w:type="spellEnd"/>
      <w:r>
        <w:t xml:space="preserve"> </w:t>
      </w:r>
      <w:proofErr w:type="spellStart"/>
      <w:r>
        <w:t>ਹਨ</w:t>
      </w:r>
      <w:proofErr w:type="spellEnd"/>
      <w:r>
        <w:t xml:space="preserve"> </w:t>
      </w:r>
      <w:proofErr w:type="spellStart"/>
      <w:r>
        <w:t>ਅਤੇ</w:t>
      </w:r>
      <w:proofErr w:type="spellEnd"/>
      <w:r>
        <w:t xml:space="preserve"> </w:t>
      </w:r>
      <w:proofErr w:type="spellStart"/>
      <w:r>
        <w:t>ਪੰਥਕ</w:t>
      </w:r>
      <w:proofErr w:type="spellEnd"/>
      <w:r>
        <w:t xml:space="preserve"> </w:t>
      </w:r>
      <w:proofErr w:type="spellStart"/>
      <w:r>
        <w:t>ਜ਼ਿੰਮੇਵਾਰੀ</w:t>
      </w:r>
      <w:proofErr w:type="spellEnd"/>
      <w:r>
        <w:t xml:space="preserve"> </w:t>
      </w:r>
      <w:proofErr w:type="spellStart"/>
      <w:r>
        <w:t>ਹੇਠ</w:t>
      </w:r>
      <w:proofErr w:type="spellEnd"/>
      <w:r>
        <w:t xml:space="preserve"> </w:t>
      </w:r>
      <w:proofErr w:type="spellStart"/>
      <w:r>
        <w:t>ਹੀ</w:t>
      </w:r>
      <w:proofErr w:type="spellEnd"/>
      <w:r>
        <w:t xml:space="preserve"> </w:t>
      </w:r>
      <w:proofErr w:type="spellStart"/>
      <w:r>
        <w:t>ਰਹਿਣੇ</w:t>
      </w:r>
      <w:proofErr w:type="spellEnd"/>
      <w:r>
        <w:t xml:space="preserve"> </w:t>
      </w:r>
      <w:proofErr w:type="spellStart"/>
      <w:r>
        <w:t>ਚਾਹੀਦੇ</w:t>
      </w:r>
      <w:proofErr w:type="spellEnd"/>
      <w:r>
        <w:t xml:space="preserve"> </w:t>
      </w:r>
      <w:proofErr w:type="spellStart"/>
      <w:r>
        <w:t>ਹਨ</w:t>
      </w:r>
      <w:proofErr w:type="spellEnd"/>
      <w:r>
        <w:t>।</w:t>
      </w:r>
    </w:p>
    <w:p w14:paraId="372724A3" w14:textId="77777777" w:rsidR="00265F74" w:rsidRDefault="00265F74" w:rsidP="00265F74">
      <w:pPr>
        <w:pStyle w:val="Punjabi"/>
        <w:rPr>
          <w:kern w:val="2"/>
          <w:sz w:val="24"/>
          <w:szCs w:val="24"/>
          <w:lang w:bidi="pa-IN"/>
          <w14:ligatures w14:val="standardContextual"/>
        </w:rPr>
      </w:pPr>
      <w:r>
        <w:rPr>
          <w:rFonts w:cs="Raavi"/>
          <w:cs/>
        </w:rPr>
        <w:t>ਸਪੱਸ਼ਟਤਾ ਲਈ</w:t>
      </w:r>
      <w:r>
        <w:t xml:space="preserve">, </w:t>
      </w:r>
      <w:r>
        <w:rPr>
          <w:rFonts w:cs="Raavi"/>
          <w:cs/>
        </w:rPr>
        <w:t>ਇਹ ਯਤਨ ਤਖ਼ਤ ਸੱਚਖੰਡ ਸ੍ਰੀ ਹਜ਼ੂਰ ਅਬਚਲਨਗਰ ਸਾਹਿਬ</w:t>
      </w:r>
      <w:r>
        <w:t xml:space="preserve">, </w:t>
      </w:r>
      <w:r>
        <w:rPr>
          <w:rFonts w:cs="Raavi"/>
          <w:cs/>
        </w:rPr>
        <w:t>ਨਾਂਦੇੜ ਅਤੇ ਇਸ ਨਾਲ ਸੰਬੰਧਿਤ ਕਾਨੂੰਨੀ ਢਾਂਚੇ — ਨਾਂਦੇੜ ਸਿੱਖ ਗੁਰਦੁਆਰਾ ਸੱਚਖੰਡ ਸ੍ਰੀ ਹਜ਼ੂਰ ਅਪਚਲਨਗਰ ਸਾਹਿਬ ਐਕਟ</w:t>
      </w:r>
      <w:r>
        <w:t xml:space="preserve">, 1956 (Hyd. Act No. XXXVII of 1956) — </w:t>
      </w:r>
      <w:r>
        <w:rPr>
          <w:rFonts w:cs="Raavi"/>
          <w:cs/>
        </w:rPr>
        <w:t>ਨਾਲ ਸੰਬੰਧਿਤ ਹੈ।</w:t>
      </w:r>
    </w:p>
    <w:p w14:paraId="73B55043" w14:textId="77777777" w:rsidR="00265F74" w:rsidRDefault="00265F74" w:rsidP="00265F74">
      <w:pPr>
        <w:pStyle w:val="Punjabi"/>
      </w:pPr>
      <w:proofErr w:type="spellStart"/>
      <w:r>
        <w:t>ਜੇ</w:t>
      </w:r>
      <w:proofErr w:type="spellEnd"/>
      <w:r>
        <w:t xml:space="preserve"> </w:t>
      </w:r>
      <w:proofErr w:type="spellStart"/>
      <w:r>
        <w:t>ਭਵਿੱਖ</w:t>
      </w:r>
      <w:proofErr w:type="spellEnd"/>
      <w:r>
        <w:t xml:space="preserve"> </w:t>
      </w:r>
      <w:proofErr w:type="spellStart"/>
      <w:r>
        <w:t>ਵਿੱਚ</w:t>
      </w:r>
      <w:proofErr w:type="spellEnd"/>
      <w:r>
        <w:t xml:space="preserve"> </w:t>
      </w:r>
      <w:proofErr w:type="spellStart"/>
      <w:r>
        <w:t>ਕੋਈ</w:t>
      </w:r>
      <w:proofErr w:type="spellEnd"/>
      <w:r>
        <w:t xml:space="preserve"> </w:t>
      </w:r>
      <w:proofErr w:type="spellStart"/>
      <w:r>
        <w:t>ਸਮੀਖਿਆ</w:t>
      </w:r>
      <w:proofErr w:type="spellEnd"/>
      <w:r>
        <w:t xml:space="preserve">, </w:t>
      </w:r>
      <w:proofErr w:type="spellStart"/>
      <w:r>
        <w:t>ਸੁਧਾਰ</w:t>
      </w:r>
      <w:proofErr w:type="spellEnd"/>
      <w:r>
        <w:t xml:space="preserve"> </w:t>
      </w:r>
      <w:proofErr w:type="spellStart"/>
      <w:r>
        <w:t>ਜਾਂ</w:t>
      </w:r>
      <w:proofErr w:type="spellEnd"/>
      <w:r>
        <w:t xml:space="preserve"> </w:t>
      </w:r>
      <w:proofErr w:type="spellStart"/>
      <w:r>
        <w:t>ਬਦਲਾਅ</w:t>
      </w:r>
      <w:proofErr w:type="spellEnd"/>
      <w:r>
        <w:t xml:space="preserve"> </w:t>
      </w:r>
      <w:proofErr w:type="spellStart"/>
      <w:r>
        <w:t>ਲਾਜ਼ਮੀ</w:t>
      </w:r>
      <w:proofErr w:type="spellEnd"/>
      <w:r>
        <w:t xml:space="preserve"> </w:t>
      </w:r>
      <w:proofErr w:type="spellStart"/>
      <w:r>
        <w:t>ਸਮਝਿਆ</w:t>
      </w:r>
      <w:proofErr w:type="spellEnd"/>
      <w:r>
        <w:t xml:space="preserve"> </w:t>
      </w:r>
      <w:proofErr w:type="spellStart"/>
      <w:r>
        <w:t>ਜਾਵੇ</w:t>
      </w:r>
      <w:proofErr w:type="spellEnd"/>
      <w:r>
        <w:t xml:space="preserve">, </w:t>
      </w:r>
      <w:proofErr w:type="spellStart"/>
      <w:r w:rsidRPr="005C76E3">
        <w:rPr>
          <w:rFonts w:cs="Raavi"/>
        </w:rPr>
        <w:t>ਤਾਂ</w:t>
      </w:r>
      <w:proofErr w:type="spellEnd"/>
      <w:r w:rsidRPr="005C76E3">
        <w:rPr>
          <w:rFonts w:cs="Raavi"/>
        </w:rPr>
        <w:t xml:space="preserve"> </w:t>
      </w:r>
      <w:proofErr w:type="spellStart"/>
      <w:r w:rsidRPr="005C76E3">
        <w:rPr>
          <w:rFonts w:cs="Raavi"/>
        </w:rPr>
        <w:t>ਉਹ</w:t>
      </w:r>
      <w:proofErr w:type="spellEnd"/>
      <w:r w:rsidRPr="005C76E3">
        <w:rPr>
          <w:rFonts w:cs="Raavi"/>
        </w:rPr>
        <w:t xml:space="preserve"> </w:t>
      </w:r>
      <w:proofErr w:type="spellStart"/>
      <w:r w:rsidRPr="005C76E3">
        <w:rPr>
          <w:rFonts w:cs="Raavi"/>
        </w:rPr>
        <w:t>ਕੇਵਲ</w:t>
      </w:r>
      <w:proofErr w:type="spellEnd"/>
      <w:r w:rsidRPr="005C76E3">
        <w:rPr>
          <w:rFonts w:cs="Raavi"/>
        </w:rPr>
        <w:t xml:space="preserve"> </w:t>
      </w:r>
      <w:proofErr w:type="spellStart"/>
      <w:r w:rsidRPr="005C76E3">
        <w:rPr>
          <w:rFonts w:cs="Raavi"/>
        </w:rPr>
        <w:t>ਤਖ਼ਤ</w:t>
      </w:r>
      <w:proofErr w:type="spellEnd"/>
      <w:r w:rsidRPr="005C76E3">
        <w:rPr>
          <w:rFonts w:cs="Raavi"/>
        </w:rPr>
        <w:t xml:space="preserve"> </w:t>
      </w:r>
      <w:proofErr w:type="spellStart"/>
      <w:r w:rsidRPr="005C76E3">
        <w:rPr>
          <w:rFonts w:cs="Raavi"/>
        </w:rPr>
        <w:t>ਸ੍ਰੀ</w:t>
      </w:r>
      <w:proofErr w:type="spellEnd"/>
      <w:r w:rsidRPr="005C76E3">
        <w:rPr>
          <w:rFonts w:cs="Raavi"/>
        </w:rPr>
        <w:t xml:space="preserve"> </w:t>
      </w:r>
      <w:proofErr w:type="spellStart"/>
      <w:r w:rsidRPr="005C76E3">
        <w:rPr>
          <w:rFonts w:cs="Raavi"/>
        </w:rPr>
        <w:t>ਹਜ਼ੂਰ</w:t>
      </w:r>
      <w:proofErr w:type="spellEnd"/>
      <w:r w:rsidRPr="005C76E3">
        <w:rPr>
          <w:rFonts w:cs="Raavi"/>
        </w:rPr>
        <w:t xml:space="preserve"> </w:t>
      </w:r>
      <w:proofErr w:type="spellStart"/>
      <w:r w:rsidRPr="005C76E3">
        <w:rPr>
          <w:rFonts w:cs="Raavi"/>
        </w:rPr>
        <w:t>ਸਾਹਿਬ</w:t>
      </w:r>
      <w:proofErr w:type="spellEnd"/>
      <w:r w:rsidRPr="005C76E3">
        <w:rPr>
          <w:rFonts w:cs="Raavi"/>
        </w:rPr>
        <w:t xml:space="preserve"> </w:t>
      </w:r>
      <w:proofErr w:type="spellStart"/>
      <w:r w:rsidRPr="005C76E3">
        <w:rPr>
          <w:rFonts w:cs="Raavi"/>
        </w:rPr>
        <w:t>ਅਤੇ</w:t>
      </w:r>
      <w:proofErr w:type="spellEnd"/>
      <w:r w:rsidRPr="005C76E3">
        <w:rPr>
          <w:rFonts w:cs="Raavi"/>
        </w:rPr>
        <w:t xml:space="preserve"> </w:t>
      </w:r>
      <w:r w:rsidRPr="005C76E3">
        <w:rPr>
          <w:rFonts w:cs="Raavi"/>
          <w:cs/>
        </w:rPr>
        <w:t>ਪ੍ਰਮਾਣਿਤ</w:t>
      </w:r>
      <w:r>
        <w:t xml:space="preserve"> </w:t>
      </w:r>
      <w:proofErr w:type="spellStart"/>
      <w:r>
        <w:t>ਪੰਥਕ</w:t>
      </w:r>
      <w:proofErr w:type="spellEnd"/>
      <w:r>
        <w:t xml:space="preserve"> </w:t>
      </w:r>
      <w:proofErr w:type="spellStart"/>
      <w:r>
        <w:t>ਪ੍ਰਕਿਰਿਆਵਾਂ</w:t>
      </w:r>
      <w:proofErr w:type="spellEnd"/>
      <w:r>
        <w:t xml:space="preserve"> </w:t>
      </w:r>
      <w:proofErr w:type="spellStart"/>
      <w:r>
        <w:t>ਰਾਹੀਂ</w:t>
      </w:r>
      <w:proofErr w:type="spellEnd"/>
      <w:r>
        <w:t xml:space="preserve">, </w:t>
      </w:r>
      <w:proofErr w:type="spellStart"/>
      <w:r w:rsidRPr="006E4422">
        <w:rPr>
          <w:rFonts w:cs="Raavi"/>
        </w:rPr>
        <w:t>ਸਿੱਖ</w:t>
      </w:r>
      <w:proofErr w:type="spellEnd"/>
      <w:r w:rsidRPr="006E4422">
        <w:rPr>
          <w:rFonts w:cs="Raavi"/>
        </w:rPr>
        <w:t xml:space="preserve"> (</w:t>
      </w:r>
      <w:proofErr w:type="spellStart"/>
      <w:r w:rsidRPr="006E4422">
        <w:rPr>
          <w:rFonts w:cs="Raavi"/>
        </w:rPr>
        <w:t>ਖ਼ਾਲਸਾ</w:t>
      </w:r>
      <w:proofErr w:type="spellEnd"/>
      <w:r w:rsidRPr="006E4422">
        <w:rPr>
          <w:rFonts w:cs="Raavi"/>
        </w:rPr>
        <w:t xml:space="preserve">) </w:t>
      </w:r>
      <w:proofErr w:type="spellStart"/>
      <w:r w:rsidRPr="006E4422">
        <w:rPr>
          <w:rFonts w:cs="Raavi"/>
        </w:rPr>
        <w:t>ਪੰਥ</w:t>
      </w:r>
      <w:proofErr w:type="spellEnd"/>
      <w:r w:rsidRPr="006E4422">
        <w:rPr>
          <w:rFonts w:cs="Raavi"/>
        </w:rPr>
        <w:t xml:space="preserve"> </w:t>
      </w:r>
      <w:proofErr w:type="spellStart"/>
      <w:r w:rsidRPr="006E4422">
        <w:rPr>
          <w:rFonts w:cs="Raavi"/>
        </w:rPr>
        <w:t>ਦੀ</w:t>
      </w:r>
      <w:proofErr w:type="spellEnd"/>
      <w:r w:rsidRPr="006E4422">
        <w:rPr>
          <w:rFonts w:cs="Raavi"/>
        </w:rPr>
        <w:t xml:space="preserve"> </w:t>
      </w:r>
      <w:proofErr w:type="spellStart"/>
      <w:r w:rsidRPr="006E4422">
        <w:rPr>
          <w:rFonts w:cs="Raavi"/>
        </w:rPr>
        <w:t>ਅਗਵਾਈ</w:t>
      </w:r>
      <w:proofErr w:type="spellEnd"/>
      <w:r w:rsidRPr="006E4422">
        <w:rPr>
          <w:rFonts w:cs="Raavi"/>
        </w:rPr>
        <w:t xml:space="preserve"> </w:t>
      </w:r>
      <w:proofErr w:type="spellStart"/>
      <w:r w:rsidRPr="006E4422">
        <w:rPr>
          <w:rFonts w:cs="Raavi"/>
        </w:rPr>
        <w:t>ਵਿੱਚ</w:t>
      </w:r>
      <w:proofErr w:type="spellEnd"/>
      <w:r w:rsidRPr="006E4422">
        <w:rPr>
          <w:rFonts w:cs="Raavi"/>
        </w:rPr>
        <w:t xml:space="preserve"> </w:t>
      </w:r>
      <w:proofErr w:type="spellStart"/>
      <w:r>
        <w:t>ਸਲਾਹ-ਮਸ਼ਵਰੇ</w:t>
      </w:r>
      <w:proofErr w:type="spellEnd"/>
      <w:r>
        <w:t xml:space="preserve"> </w:t>
      </w:r>
      <w:proofErr w:type="spellStart"/>
      <w:r>
        <w:t>ਨਾਲ</w:t>
      </w:r>
      <w:proofErr w:type="spellEnd"/>
      <w:r>
        <w:t xml:space="preserve"> </w:t>
      </w:r>
      <w:proofErr w:type="spellStart"/>
      <w:r>
        <w:t>ਹੀ</w:t>
      </w:r>
      <w:proofErr w:type="spellEnd"/>
      <w:r>
        <w:t xml:space="preserve"> </w:t>
      </w:r>
      <w:proofErr w:type="spellStart"/>
      <w:r>
        <w:t>ਹੋਵੇ</w:t>
      </w:r>
      <w:proofErr w:type="spellEnd"/>
      <w:r>
        <w:t xml:space="preserve">। </w:t>
      </w:r>
      <w:proofErr w:type="spellStart"/>
      <w:r>
        <w:t>ਇਹ</w:t>
      </w:r>
      <w:proofErr w:type="spellEnd"/>
      <w:r>
        <w:t xml:space="preserve"> </w:t>
      </w:r>
      <w:proofErr w:type="spellStart"/>
      <w:r>
        <w:t>ਸਰਕਾਰੀ</w:t>
      </w:r>
      <w:proofErr w:type="spellEnd"/>
      <w:r>
        <w:t xml:space="preserve"> </w:t>
      </w:r>
      <w:proofErr w:type="spellStart"/>
      <w:r>
        <w:t>ਹੁਕਮ</w:t>
      </w:r>
      <w:proofErr w:type="spellEnd"/>
      <w:r>
        <w:t xml:space="preserve">, </w:t>
      </w:r>
      <w:proofErr w:type="spellStart"/>
      <w:r>
        <w:t>ਨਿਯੰਤਰਣ</w:t>
      </w:r>
      <w:proofErr w:type="spellEnd"/>
      <w:r>
        <w:t xml:space="preserve">, </w:t>
      </w:r>
      <w:proofErr w:type="spellStart"/>
      <w:r>
        <w:t>ਨਿਯੁਕਤੀ</w:t>
      </w:r>
      <w:proofErr w:type="spellEnd"/>
      <w:r>
        <w:t xml:space="preserve">, </w:t>
      </w:r>
      <w:proofErr w:type="spellStart"/>
      <w:r>
        <w:t>ਪੁਨਰਗਠਨ</w:t>
      </w:r>
      <w:proofErr w:type="spellEnd"/>
      <w:r>
        <w:t xml:space="preserve"> </w:t>
      </w:r>
      <w:proofErr w:type="spellStart"/>
      <w:r>
        <w:t>ਜਾਂ</w:t>
      </w:r>
      <w:proofErr w:type="spellEnd"/>
      <w:r>
        <w:t xml:space="preserve"> </w:t>
      </w:r>
      <w:proofErr w:type="spellStart"/>
      <w:r>
        <w:t>ਥੋਪੇ</w:t>
      </w:r>
      <w:proofErr w:type="spellEnd"/>
      <w:r>
        <w:t xml:space="preserve"> </w:t>
      </w:r>
      <w:proofErr w:type="spellStart"/>
      <w:r>
        <w:t>ਗਏ</w:t>
      </w:r>
      <w:proofErr w:type="spellEnd"/>
      <w:r>
        <w:t xml:space="preserve"> </w:t>
      </w:r>
      <w:proofErr w:type="spellStart"/>
      <w:r>
        <w:t>ਕਦਮ</w:t>
      </w:r>
      <w:proofErr w:type="spellEnd"/>
      <w:r>
        <w:t xml:space="preserve"> </w:t>
      </w:r>
      <w:proofErr w:type="spellStart"/>
      <w:r>
        <w:t>ਰਾਹੀਂ</w:t>
      </w:r>
      <w:proofErr w:type="spellEnd"/>
      <w:r>
        <w:t xml:space="preserve"> </w:t>
      </w:r>
      <w:proofErr w:type="spellStart"/>
      <w:r>
        <w:t>ਨਹੀਂ</w:t>
      </w:r>
      <w:proofErr w:type="spellEnd"/>
      <w:r>
        <w:t xml:space="preserve"> </w:t>
      </w:r>
      <w:proofErr w:type="spellStart"/>
      <w:r>
        <w:t>ਹੋਣਾ</w:t>
      </w:r>
      <w:proofErr w:type="spellEnd"/>
      <w:r>
        <w:t xml:space="preserve"> </w:t>
      </w:r>
      <w:proofErr w:type="spellStart"/>
      <w:r>
        <w:t>ਚਾਹੀਦਾ</w:t>
      </w:r>
      <w:proofErr w:type="spellEnd"/>
      <w:r>
        <w:t>।</w:t>
      </w:r>
    </w:p>
    <w:p w14:paraId="0DD50C62" w14:textId="77777777" w:rsidR="00265F74" w:rsidRDefault="00265F74" w:rsidP="00265F74">
      <w:pPr>
        <w:pStyle w:val="Punjabi"/>
      </w:pPr>
      <w:proofErr w:type="spellStart"/>
      <w:r>
        <w:t>ਸਮਰਥਨ</w:t>
      </w:r>
      <w:proofErr w:type="spellEnd"/>
      <w:r>
        <w:t xml:space="preserve"> </w:t>
      </w:r>
      <w:proofErr w:type="spellStart"/>
      <w:r>
        <w:t>ਲਈ</w:t>
      </w:r>
      <w:proofErr w:type="spellEnd"/>
      <w:r>
        <w:t xml:space="preserve"> </w:t>
      </w:r>
      <w:proofErr w:type="spellStart"/>
      <w:r>
        <w:t>ਅਪੀਲ</w:t>
      </w:r>
      <w:proofErr w:type="spellEnd"/>
      <w:r>
        <w:t xml:space="preserve">: </w:t>
      </w:r>
      <w:proofErr w:type="spellStart"/>
      <w:r>
        <w:t>ਅਸੀਂ</w:t>
      </w:r>
      <w:proofErr w:type="spellEnd"/>
      <w:r>
        <w:t xml:space="preserve"> </w:t>
      </w:r>
      <w:proofErr w:type="spellStart"/>
      <w:r>
        <w:t>ਗੁਰਦੁਆਰਿਆਂ</w:t>
      </w:r>
      <w:proofErr w:type="spellEnd"/>
      <w:r>
        <w:t xml:space="preserve">, </w:t>
      </w:r>
      <w:proofErr w:type="spellStart"/>
      <w:r>
        <w:t>ਸਿੱਖ</w:t>
      </w:r>
      <w:proofErr w:type="spellEnd"/>
      <w:r>
        <w:t xml:space="preserve"> </w:t>
      </w:r>
      <w:proofErr w:type="spellStart"/>
      <w:r>
        <w:t>ਸੰਸਥਾਵਾਂ</w:t>
      </w:r>
      <w:proofErr w:type="spellEnd"/>
      <w:r>
        <w:t xml:space="preserve">, </w:t>
      </w:r>
      <w:proofErr w:type="spellStart"/>
      <w:r>
        <w:t>ਤਖ਼ਤ-ਸੰਬੰਧੀ</w:t>
      </w:r>
      <w:proofErr w:type="spellEnd"/>
      <w:r>
        <w:t xml:space="preserve"> </w:t>
      </w:r>
      <w:proofErr w:type="spellStart"/>
      <w:r>
        <w:t>ਸੰਸਥਾਵਾਂ</w:t>
      </w:r>
      <w:proofErr w:type="spellEnd"/>
      <w:r>
        <w:t xml:space="preserve">, </w:t>
      </w:r>
      <w:proofErr w:type="spellStart"/>
      <w:r>
        <w:t>ਸਿੱਖ</w:t>
      </w:r>
      <w:proofErr w:type="spellEnd"/>
      <w:r>
        <w:t xml:space="preserve"> </w:t>
      </w:r>
      <w:proofErr w:type="spellStart"/>
      <w:r>
        <w:t>ਜਥੇਬੰਦੀਆਂ</w:t>
      </w:r>
      <w:proofErr w:type="spellEnd"/>
      <w:r>
        <w:t xml:space="preserve">, </w:t>
      </w:r>
      <w:proofErr w:type="spellStart"/>
      <w:r>
        <w:t>ਸਿੱਖ</w:t>
      </w:r>
      <w:proofErr w:type="spellEnd"/>
      <w:r>
        <w:t xml:space="preserve"> </w:t>
      </w:r>
      <w:proofErr w:type="spellStart"/>
      <w:r>
        <w:t>ਕੌਂਸਲਾਂ</w:t>
      </w:r>
      <w:proofErr w:type="spellEnd"/>
      <w:r>
        <w:t xml:space="preserve">, </w:t>
      </w:r>
      <w:proofErr w:type="spellStart"/>
      <w:r>
        <w:t>ਵਿਦਵਾਨਾਂ</w:t>
      </w:r>
      <w:proofErr w:type="spellEnd"/>
      <w:r>
        <w:t xml:space="preserve">, </w:t>
      </w:r>
      <w:proofErr w:type="spellStart"/>
      <w:r>
        <w:t>ਪ੍ਰਚਾਰਕਾਂ</w:t>
      </w:r>
      <w:proofErr w:type="spellEnd"/>
      <w:r>
        <w:t xml:space="preserve">, </w:t>
      </w:r>
      <w:proofErr w:type="spellStart"/>
      <w:r>
        <w:t>ਸੇਵਾਦਾਰਾਂ</w:t>
      </w:r>
      <w:proofErr w:type="spellEnd"/>
      <w:r>
        <w:t xml:space="preserve">, </w:t>
      </w:r>
      <w:proofErr w:type="spellStart"/>
      <w:r>
        <w:t>ਕੌਮੀ</w:t>
      </w:r>
      <w:proofErr w:type="spellEnd"/>
      <w:r>
        <w:t xml:space="preserve"> </w:t>
      </w:r>
      <w:proofErr w:type="spellStart"/>
      <w:r>
        <w:t>ਪ੍ਰਤਿਨਿਧੀਆਂ</w:t>
      </w:r>
      <w:proofErr w:type="spellEnd"/>
      <w:r>
        <w:t xml:space="preserve">, </w:t>
      </w:r>
      <w:proofErr w:type="spellStart"/>
      <w:r w:rsidRPr="00757279">
        <w:rPr>
          <w:rFonts w:cs="Raavi"/>
        </w:rPr>
        <w:t>ਨੌਜਵਾਨ</w:t>
      </w:r>
      <w:proofErr w:type="spellEnd"/>
      <w:r w:rsidRPr="00757279">
        <w:rPr>
          <w:rFonts w:cs="Raavi"/>
        </w:rPr>
        <w:t xml:space="preserve"> </w:t>
      </w:r>
      <w:proofErr w:type="spellStart"/>
      <w:r w:rsidRPr="00757279">
        <w:rPr>
          <w:rFonts w:cs="Raavi"/>
        </w:rPr>
        <w:t>ਗਰੁੱਪਾਂ</w:t>
      </w:r>
      <w:proofErr w:type="spellEnd"/>
      <w:r w:rsidRPr="00757279">
        <w:rPr>
          <w:rFonts w:cs="Raavi"/>
        </w:rPr>
        <w:t xml:space="preserve"> </w:t>
      </w:r>
      <w:proofErr w:type="spellStart"/>
      <w:r w:rsidRPr="00757279">
        <w:rPr>
          <w:rFonts w:cs="Raavi"/>
        </w:rPr>
        <w:t>ਅਤੇ</w:t>
      </w:r>
      <w:proofErr w:type="spellEnd"/>
      <w:r w:rsidRPr="00757279">
        <w:rPr>
          <w:rFonts w:cs="Raavi"/>
        </w:rPr>
        <w:t xml:space="preserve"> </w:t>
      </w:r>
      <w:proofErr w:type="spellStart"/>
      <w:r w:rsidRPr="00757279">
        <w:rPr>
          <w:rFonts w:cs="Raavi"/>
        </w:rPr>
        <w:t>ਦੁਨੀਆ</w:t>
      </w:r>
      <w:proofErr w:type="spellEnd"/>
      <w:r w:rsidRPr="00757279">
        <w:rPr>
          <w:rFonts w:cs="Raavi"/>
        </w:rPr>
        <w:t xml:space="preserve"> </w:t>
      </w:r>
      <w:proofErr w:type="spellStart"/>
      <w:r w:rsidRPr="00757279">
        <w:rPr>
          <w:rFonts w:cs="Raavi"/>
        </w:rPr>
        <w:t>ਭਰ</w:t>
      </w:r>
      <w:proofErr w:type="spellEnd"/>
      <w:r w:rsidRPr="00757279">
        <w:rPr>
          <w:rFonts w:cs="Raavi"/>
        </w:rPr>
        <w:t xml:space="preserve"> </w:t>
      </w:r>
      <w:proofErr w:type="spellStart"/>
      <w:r w:rsidRPr="00757279">
        <w:rPr>
          <w:rFonts w:cs="Raavi"/>
        </w:rPr>
        <w:t>ਦੀ</w:t>
      </w:r>
      <w:proofErr w:type="spellEnd"/>
      <w:r w:rsidRPr="00757279">
        <w:rPr>
          <w:rFonts w:cs="Raavi"/>
        </w:rPr>
        <w:t xml:space="preserve"> </w:t>
      </w:r>
      <w:proofErr w:type="spellStart"/>
      <w:r w:rsidRPr="00757279">
        <w:rPr>
          <w:rFonts w:cs="Raavi"/>
        </w:rPr>
        <w:t>ਚਿੰਤਤ</w:t>
      </w:r>
      <w:proofErr w:type="spellEnd"/>
      <w:r w:rsidRPr="00757279">
        <w:rPr>
          <w:rFonts w:cs="Raavi"/>
        </w:rPr>
        <w:t xml:space="preserve"> </w:t>
      </w:r>
      <w:proofErr w:type="spellStart"/>
      <w:r w:rsidRPr="00757279">
        <w:rPr>
          <w:rFonts w:cs="Raavi"/>
        </w:rPr>
        <w:t>ਸੰਗਤ</w:t>
      </w:r>
      <w:proofErr w:type="spellEnd"/>
      <w:r w:rsidRPr="00757279">
        <w:rPr>
          <w:rFonts w:cs="Raavi"/>
        </w:rPr>
        <w:t xml:space="preserve"> </w:t>
      </w:r>
      <w:proofErr w:type="spellStart"/>
      <w:r w:rsidRPr="00757279">
        <w:rPr>
          <w:rFonts w:cs="Raavi"/>
        </w:rPr>
        <w:t>ਨੂੰ</w:t>
      </w:r>
      <w:proofErr w:type="spellEnd"/>
      <w:r w:rsidRPr="00757279">
        <w:rPr>
          <w:rFonts w:cs="Raavi"/>
        </w:rPr>
        <w:t xml:space="preserve"> </w:t>
      </w:r>
      <w:proofErr w:type="spellStart"/>
      <w:r>
        <w:t>ਅਪੀਲ</w:t>
      </w:r>
      <w:proofErr w:type="spellEnd"/>
      <w:r>
        <w:t xml:space="preserve"> </w:t>
      </w:r>
      <w:proofErr w:type="spellStart"/>
      <w:r>
        <w:t>ਕਰਦੇ</w:t>
      </w:r>
      <w:proofErr w:type="spellEnd"/>
      <w:r>
        <w:t xml:space="preserve"> </w:t>
      </w:r>
      <w:proofErr w:type="spellStart"/>
      <w:r>
        <w:t>ਹਾਂ</w:t>
      </w:r>
      <w:proofErr w:type="spellEnd"/>
      <w:r>
        <w:t xml:space="preserve"> </w:t>
      </w:r>
      <w:proofErr w:type="spellStart"/>
      <w:r>
        <w:t>ਕਿ</w:t>
      </w:r>
      <w:proofErr w:type="spellEnd"/>
      <w:r>
        <w:t xml:space="preserve"> </w:t>
      </w:r>
      <w:proofErr w:type="spellStart"/>
      <w:r>
        <w:t>ਉਹ</w:t>
      </w:r>
      <w:proofErr w:type="spellEnd"/>
      <w:r>
        <w:t xml:space="preserve"> </w:t>
      </w:r>
      <w:proofErr w:type="spellStart"/>
      <w:r>
        <w:t>ਤਖ਼ਤ</w:t>
      </w:r>
      <w:proofErr w:type="spellEnd"/>
      <w:r>
        <w:t xml:space="preserve"> </w:t>
      </w:r>
      <w:proofErr w:type="spellStart"/>
      <w:r>
        <w:t>ਸ੍ਰੀ</w:t>
      </w:r>
      <w:proofErr w:type="spellEnd"/>
      <w:r>
        <w:t xml:space="preserve"> </w:t>
      </w:r>
      <w:proofErr w:type="spellStart"/>
      <w:r>
        <w:t>ਹਜ਼ੂਰ</w:t>
      </w:r>
      <w:proofErr w:type="spellEnd"/>
      <w:r>
        <w:t xml:space="preserve"> </w:t>
      </w:r>
      <w:proofErr w:type="spellStart"/>
      <w:r>
        <w:t>ਸਾਹਿਬ</w:t>
      </w:r>
      <w:proofErr w:type="spellEnd"/>
      <w:r>
        <w:t xml:space="preserve"> </w:t>
      </w:r>
      <w:proofErr w:type="spellStart"/>
      <w:r>
        <w:t>ਦੀ</w:t>
      </w:r>
      <w:proofErr w:type="spellEnd"/>
      <w:r>
        <w:t xml:space="preserve"> </w:t>
      </w:r>
      <w:proofErr w:type="spellStart"/>
      <w:r>
        <w:t>ਸਿੱਖ</w:t>
      </w:r>
      <w:proofErr w:type="spellEnd"/>
      <w:r>
        <w:t xml:space="preserve"> (</w:t>
      </w:r>
      <w:proofErr w:type="spellStart"/>
      <w:r>
        <w:t>ਖ਼ਾਲਸਾ</w:t>
      </w:r>
      <w:proofErr w:type="spellEnd"/>
      <w:r>
        <w:t xml:space="preserve">) </w:t>
      </w:r>
      <w:proofErr w:type="spellStart"/>
      <w:r>
        <w:t>ਪੰਥਕ</w:t>
      </w:r>
      <w:proofErr w:type="spellEnd"/>
      <w:r>
        <w:t xml:space="preserve"> </w:t>
      </w:r>
      <w:proofErr w:type="spellStart"/>
      <w:r>
        <w:t>ਖ਼ੁਦਮੁਖ਼ਤਿਆਰੀ</w:t>
      </w:r>
      <w:proofErr w:type="spellEnd"/>
      <w:r>
        <w:t xml:space="preserve"> </w:t>
      </w:r>
      <w:proofErr w:type="spellStart"/>
      <w:r>
        <w:t>ਲਈ</w:t>
      </w:r>
      <w:proofErr w:type="spellEnd"/>
      <w:r>
        <w:t xml:space="preserve"> </w:t>
      </w:r>
      <w:proofErr w:type="spellStart"/>
      <w:r>
        <w:t>ਕਾਨੂੰਨੀ</w:t>
      </w:r>
      <w:proofErr w:type="spellEnd"/>
      <w:r>
        <w:t xml:space="preserve">, </w:t>
      </w:r>
      <w:proofErr w:type="spellStart"/>
      <w:r>
        <w:t>ਸ਼ਾਂਤੀਪੂਰਨ</w:t>
      </w:r>
      <w:proofErr w:type="spellEnd"/>
      <w:r>
        <w:t xml:space="preserve"> </w:t>
      </w:r>
      <w:proofErr w:type="spellStart"/>
      <w:r>
        <w:t>ਅਤੇ</w:t>
      </w:r>
      <w:proofErr w:type="spellEnd"/>
      <w:r>
        <w:t xml:space="preserve"> </w:t>
      </w:r>
      <w:proofErr w:type="spellStart"/>
      <w:r>
        <w:t>ਮਰਯਾਦਾਪੂਰਨ</w:t>
      </w:r>
      <w:proofErr w:type="spellEnd"/>
      <w:r>
        <w:t xml:space="preserve"> </w:t>
      </w:r>
      <w:proofErr w:type="spellStart"/>
      <w:r>
        <w:t>ਢੰਗ</w:t>
      </w:r>
      <w:proofErr w:type="spellEnd"/>
      <w:r>
        <w:t xml:space="preserve"> </w:t>
      </w:r>
      <w:proofErr w:type="spellStart"/>
      <w:r>
        <w:t>ਨਾਲ</w:t>
      </w:r>
      <w:proofErr w:type="spellEnd"/>
      <w:r>
        <w:t xml:space="preserve"> </w:t>
      </w:r>
      <w:proofErr w:type="spellStart"/>
      <w:r>
        <w:t>ਇਕੱਠੇ</w:t>
      </w:r>
      <w:proofErr w:type="spellEnd"/>
      <w:r>
        <w:t xml:space="preserve"> </w:t>
      </w:r>
      <w:proofErr w:type="spellStart"/>
      <w:r>
        <w:t>ਖੜ੍ਹੇ</w:t>
      </w:r>
      <w:proofErr w:type="spellEnd"/>
      <w:r>
        <w:t xml:space="preserve"> </w:t>
      </w:r>
      <w:proofErr w:type="spellStart"/>
      <w:r>
        <w:t>ਹੋਣ</w:t>
      </w:r>
      <w:proofErr w:type="spellEnd"/>
      <w:r>
        <w:t>।</w:t>
      </w:r>
    </w:p>
    <w:p w14:paraId="4148D0C3" w14:textId="77777777" w:rsidR="00265F74" w:rsidRDefault="00265F74" w:rsidP="00265F74">
      <w:pPr>
        <w:pStyle w:val="Punjabi"/>
        <w:rPr>
          <w:kern w:val="2"/>
          <w:sz w:val="24"/>
          <w:szCs w:val="24"/>
          <w:lang w:bidi="pa-IN"/>
          <w14:ligatures w14:val="standardContextual"/>
        </w:rPr>
      </w:pPr>
      <w:proofErr w:type="spellStart"/>
      <w:r>
        <w:t>ਜੋ</w:t>
      </w:r>
      <w:proofErr w:type="spellEnd"/>
      <w:r>
        <w:t xml:space="preserve"> </w:t>
      </w:r>
      <w:proofErr w:type="spellStart"/>
      <w:r>
        <w:t>ਇਸ</w:t>
      </w:r>
      <w:proofErr w:type="spellEnd"/>
      <w:r>
        <w:t xml:space="preserve"> </w:t>
      </w:r>
      <w:proofErr w:type="spellStart"/>
      <w:r>
        <w:t>ਸਿਧਾਂਤ</w:t>
      </w:r>
      <w:proofErr w:type="spellEnd"/>
      <w:r>
        <w:t xml:space="preserve"> </w:t>
      </w:r>
      <w:proofErr w:type="spellStart"/>
      <w:r>
        <w:t>ਨਾਲ</w:t>
      </w:r>
      <w:proofErr w:type="spellEnd"/>
      <w:r>
        <w:t xml:space="preserve"> </w:t>
      </w:r>
      <w:proofErr w:type="spellStart"/>
      <w:r>
        <w:t>ਸਹਿਮਤ</w:t>
      </w:r>
      <w:proofErr w:type="spellEnd"/>
      <w:r>
        <w:t xml:space="preserve"> </w:t>
      </w:r>
      <w:proofErr w:type="spellStart"/>
      <w:r>
        <w:t>ਹਨ</w:t>
      </w:r>
      <w:proofErr w:type="spellEnd"/>
      <w:r>
        <w:t xml:space="preserve">, </w:t>
      </w:r>
      <w:proofErr w:type="spellStart"/>
      <w:r>
        <w:t>ਉਹ</w:t>
      </w:r>
      <w:proofErr w:type="spellEnd"/>
      <w:r>
        <w:t xml:space="preserve"> </w:t>
      </w:r>
      <w:proofErr w:type="spellStart"/>
      <w:r>
        <w:t>ਜਵਾਬ</w:t>
      </w:r>
      <w:proofErr w:type="spellEnd"/>
      <w:r>
        <w:t xml:space="preserve"> </w:t>
      </w:r>
      <w:proofErr w:type="spellStart"/>
      <w:r>
        <w:t>ਜਾਂ</w:t>
      </w:r>
      <w:proofErr w:type="spellEnd"/>
      <w:r>
        <w:t xml:space="preserve"> </w:t>
      </w:r>
      <w:proofErr w:type="spellStart"/>
      <w:r>
        <w:t>ਸਮਰਥਨ</w:t>
      </w:r>
      <w:proofErr w:type="spellEnd"/>
      <w:r>
        <w:t xml:space="preserve"> </w:t>
      </w:r>
      <w:proofErr w:type="spellStart"/>
      <w:r>
        <w:t>ਫਾਰਮ</w:t>
      </w:r>
      <w:proofErr w:type="spellEnd"/>
      <w:r>
        <w:t xml:space="preserve"> ’</w:t>
      </w:r>
      <w:proofErr w:type="spellStart"/>
      <w:r>
        <w:t>ਤੇ</w:t>
      </w:r>
      <w:proofErr w:type="spellEnd"/>
      <w:r>
        <w:t xml:space="preserve"> </w:t>
      </w:r>
      <w:proofErr w:type="spellStart"/>
      <w:r>
        <w:t>ਦਸਤਖ਼ਤ</w:t>
      </w:r>
      <w:proofErr w:type="spellEnd"/>
      <w:r>
        <w:t xml:space="preserve"> </w:t>
      </w:r>
      <w:proofErr w:type="spellStart"/>
      <w:r>
        <w:t>ਕਰਕੇ</w:t>
      </w:r>
      <w:proofErr w:type="spellEnd"/>
      <w:r>
        <w:t xml:space="preserve"> </w:t>
      </w:r>
      <w:proofErr w:type="spellStart"/>
      <w:r>
        <w:t>ਦੱਸ</w:t>
      </w:r>
      <w:proofErr w:type="spellEnd"/>
      <w:r>
        <w:t xml:space="preserve"> </w:t>
      </w:r>
      <w:proofErr w:type="spellStart"/>
      <w:r>
        <w:t>ਸਕਦੇ</w:t>
      </w:r>
      <w:proofErr w:type="spellEnd"/>
      <w:r>
        <w:t xml:space="preserve"> </w:t>
      </w:r>
      <w:proofErr w:type="spellStart"/>
      <w:r>
        <w:t>ਹਨ</w:t>
      </w:r>
      <w:proofErr w:type="spellEnd"/>
      <w:r>
        <w:t xml:space="preserve"> </w:t>
      </w:r>
      <w:proofErr w:type="spellStart"/>
      <w:r>
        <w:t>ਕਿ</w:t>
      </w:r>
      <w:proofErr w:type="spellEnd"/>
      <w:r>
        <w:t xml:space="preserve"> </w:t>
      </w:r>
      <w:proofErr w:type="spellStart"/>
      <w:r>
        <w:t>ਉਨ੍ਹਾਂ</w:t>
      </w:r>
      <w:proofErr w:type="spellEnd"/>
      <w:r>
        <w:t xml:space="preserve"> </w:t>
      </w:r>
      <w:proofErr w:type="spellStart"/>
      <w:r>
        <w:t>ਦੀ</w:t>
      </w:r>
      <w:proofErr w:type="spellEnd"/>
      <w:r>
        <w:t xml:space="preserve"> </w:t>
      </w:r>
      <w:proofErr w:type="spellStart"/>
      <w:r>
        <w:t>ਸੰਸਥਾ</w:t>
      </w:r>
      <w:proofErr w:type="spellEnd"/>
      <w:r>
        <w:t xml:space="preserve"> </w:t>
      </w:r>
      <w:proofErr w:type="spellStart"/>
      <w:r>
        <w:t>ਦਾ</w:t>
      </w:r>
      <w:proofErr w:type="spellEnd"/>
      <w:r>
        <w:t xml:space="preserve"> </w:t>
      </w:r>
      <w:proofErr w:type="spellStart"/>
      <w:r>
        <w:t>ਸਮਰਥਨ</w:t>
      </w:r>
      <w:proofErr w:type="spellEnd"/>
      <w:r>
        <w:t xml:space="preserve"> </w:t>
      </w:r>
      <w:proofErr w:type="spellStart"/>
      <w:r>
        <w:t>ਜਨਤਕ</w:t>
      </w:r>
      <w:proofErr w:type="spellEnd"/>
      <w:r>
        <w:t xml:space="preserve"> </w:t>
      </w:r>
      <w:proofErr w:type="spellStart"/>
      <w:r>
        <w:t>ਕੀਤਾ</w:t>
      </w:r>
      <w:proofErr w:type="spellEnd"/>
      <w:r>
        <w:t xml:space="preserve"> </w:t>
      </w:r>
      <w:proofErr w:type="spellStart"/>
      <w:r>
        <w:t>ਜਾਵੇ</w:t>
      </w:r>
      <w:proofErr w:type="spellEnd"/>
      <w:r>
        <w:t xml:space="preserve"> </w:t>
      </w:r>
      <w:proofErr w:type="spellStart"/>
      <w:r>
        <w:t>ਜਾਂ</w:t>
      </w:r>
      <w:proofErr w:type="spellEnd"/>
      <w:r>
        <w:t xml:space="preserve"> </w:t>
      </w:r>
      <w:proofErr w:type="spellStart"/>
      <w:r>
        <w:t>ਨਹੀਂ</w:t>
      </w:r>
      <w:proofErr w:type="spellEnd"/>
      <w:r>
        <w:t xml:space="preserve">, </w:t>
      </w:r>
      <w:proofErr w:type="spellStart"/>
      <w:r w:rsidRPr="00B95460">
        <w:rPr>
          <w:rFonts w:cs="Raavi"/>
        </w:rPr>
        <w:t>ਅਤੇ</w:t>
      </w:r>
      <w:proofErr w:type="spellEnd"/>
      <w:r w:rsidRPr="00B95460">
        <w:rPr>
          <w:rFonts w:cs="Raavi"/>
        </w:rPr>
        <w:t xml:space="preserve"> </w:t>
      </w:r>
      <w:proofErr w:type="spellStart"/>
      <w:r w:rsidRPr="00B95460">
        <w:rPr>
          <w:rFonts w:cs="Raavi"/>
        </w:rPr>
        <w:t>ਇਹ</w:t>
      </w:r>
      <w:proofErr w:type="spellEnd"/>
      <w:r w:rsidRPr="00B95460">
        <w:rPr>
          <w:rFonts w:cs="Raavi"/>
        </w:rPr>
        <w:t xml:space="preserve"> </w:t>
      </w:r>
      <w:proofErr w:type="spellStart"/>
      <w:r w:rsidRPr="00B95460">
        <w:rPr>
          <w:rFonts w:cs="Raavi"/>
        </w:rPr>
        <w:t>ਵੀ</w:t>
      </w:r>
      <w:proofErr w:type="spellEnd"/>
      <w:r w:rsidRPr="00B95460">
        <w:rPr>
          <w:rFonts w:cs="Raavi"/>
        </w:rPr>
        <w:t xml:space="preserve"> </w:t>
      </w:r>
      <w:proofErr w:type="spellStart"/>
      <w:r w:rsidRPr="00B95460">
        <w:rPr>
          <w:rFonts w:cs="Raavi"/>
        </w:rPr>
        <w:t>ਚੁਣ</w:t>
      </w:r>
      <w:proofErr w:type="spellEnd"/>
      <w:r w:rsidRPr="00B95460">
        <w:rPr>
          <w:rFonts w:cs="Raavi"/>
        </w:rPr>
        <w:t xml:space="preserve"> </w:t>
      </w:r>
      <w:proofErr w:type="spellStart"/>
      <w:r w:rsidRPr="00B95460">
        <w:rPr>
          <w:rFonts w:cs="Raavi"/>
        </w:rPr>
        <w:t>ਸਕਦੇ</w:t>
      </w:r>
      <w:proofErr w:type="spellEnd"/>
      <w:r w:rsidRPr="00B95460">
        <w:rPr>
          <w:rFonts w:cs="Raavi"/>
        </w:rPr>
        <w:t xml:space="preserve"> </w:t>
      </w:r>
      <w:proofErr w:type="spellStart"/>
      <w:r w:rsidRPr="00B95460">
        <w:rPr>
          <w:rFonts w:cs="Raavi"/>
        </w:rPr>
        <w:t>ਹਨ</w:t>
      </w:r>
      <w:proofErr w:type="spellEnd"/>
      <w:r w:rsidRPr="00B95460">
        <w:rPr>
          <w:rFonts w:cs="Raavi"/>
        </w:rPr>
        <w:t xml:space="preserve"> </w:t>
      </w:r>
      <w:proofErr w:type="spellStart"/>
      <w:r w:rsidRPr="00B95460">
        <w:rPr>
          <w:rFonts w:cs="Raavi"/>
        </w:rPr>
        <w:t>ਕਿ</w:t>
      </w:r>
      <w:proofErr w:type="spellEnd"/>
      <w:r w:rsidRPr="00B95460">
        <w:rPr>
          <w:rFonts w:cs="Raavi"/>
        </w:rPr>
        <w:t xml:space="preserve"> </w:t>
      </w:r>
      <w:proofErr w:type="spellStart"/>
      <w:r w:rsidRPr="00B95460">
        <w:rPr>
          <w:rFonts w:cs="Raavi"/>
        </w:rPr>
        <w:t>ਉਹ</w:t>
      </w:r>
      <w:proofErr w:type="spellEnd"/>
      <w:r w:rsidRPr="00B95460">
        <w:rPr>
          <w:rFonts w:cs="Raavi"/>
        </w:rPr>
        <w:t xml:space="preserve"> </w:t>
      </w:r>
      <w:proofErr w:type="spellStart"/>
      <w:r w:rsidRPr="00B95460">
        <w:rPr>
          <w:rFonts w:cs="Raavi"/>
        </w:rPr>
        <w:t>ਮਹਾਰਾਸ਼ਟਰ</w:t>
      </w:r>
      <w:proofErr w:type="spellEnd"/>
      <w:r w:rsidRPr="00B95460">
        <w:rPr>
          <w:rFonts w:cs="Raavi"/>
        </w:rPr>
        <w:t xml:space="preserve"> </w:t>
      </w:r>
      <w:proofErr w:type="spellStart"/>
      <w:r w:rsidRPr="00B95460">
        <w:rPr>
          <w:rFonts w:cs="Raavi"/>
        </w:rPr>
        <w:t>ਸਰਕਾਰ</w:t>
      </w:r>
      <w:proofErr w:type="spellEnd"/>
      <w:r w:rsidRPr="00B95460">
        <w:rPr>
          <w:rFonts w:cs="Raavi"/>
        </w:rPr>
        <w:t xml:space="preserve"> </w:t>
      </w:r>
      <w:proofErr w:type="spellStart"/>
      <w:r w:rsidRPr="00B95460">
        <w:rPr>
          <w:rFonts w:cs="Raavi"/>
        </w:rPr>
        <w:t>ਨੂੰ</w:t>
      </w:r>
      <w:proofErr w:type="spellEnd"/>
      <w:r w:rsidRPr="00B95460">
        <w:rPr>
          <w:rFonts w:cs="Raavi"/>
        </w:rPr>
        <w:t xml:space="preserve"> </w:t>
      </w:r>
      <w:proofErr w:type="spellStart"/>
      <w:r w:rsidRPr="00B95460">
        <w:rPr>
          <w:rFonts w:cs="Raavi"/>
        </w:rPr>
        <w:t>ਆਪਣਾ</w:t>
      </w:r>
      <w:proofErr w:type="spellEnd"/>
      <w:r w:rsidRPr="00B95460">
        <w:rPr>
          <w:rFonts w:cs="Raavi"/>
        </w:rPr>
        <w:t xml:space="preserve"> </w:t>
      </w:r>
      <w:proofErr w:type="spellStart"/>
      <w:r w:rsidRPr="00B95460">
        <w:rPr>
          <w:rFonts w:cs="Raavi"/>
        </w:rPr>
        <w:t>ਵੱਖਰਾ</w:t>
      </w:r>
      <w:proofErr w:type="spellEnd"/>
      <w:r w:rsidRPr="00B95460">
        <w:rPr>
          <w:rFonts w:cs="Raavi"/>
        </w:rPr>
        <w:t xml:space="preserve"> </w:t>
      </w:r>
      <w:proofErr w:type="spellStart"/>
      <w:r w:rsidRPr="00B95460">
        <w:rPr>
          <w:rFonts w:cs="Raavi"/>
        </w:rPr>
        <w:t>ਪੱਤਰ</w:t>
      </w:r>
      <w:proofErr w:type="spellEnd"/>
      <w:r w:rsidRPr="00B95460">
        <w:rPr>
          <w:rFonts w:cs="Raavi"/>
        </w:rPr>
        <w:t xml:space="preserve"> </w:t>
      </w:r>
      <w:proofErr w:type="spellStart"/>
      <w:r w:rsidRPr="00B95460">
        <w:rPr>
          <w:rFonts w:cs="Raavi"/>
        </w:rPr>
        <w:t>ਭੇਜਣਗੇ</w:t>
      </w:r>
      <w:proofErr w:type="spellEnd"/>
      <w:r w:rsidRPr="00B95460">
        <w:rPr>
          <w:rFonts w:cs="Raavi"/>
        </w:rPr>
        <w:t xml:space="preserve"> </w:t>
      </w:r>
      <w:proofErr w:type="spellStart"/>
      <w:r w:rsidRPr="00B95460">
        <w:rPr>
          <w:rFonts w:cs="Raavi"/>
        </w:rPr>
        <w:t>ਜਾਂ</w:t>
      </w:r>
      <w:proofErr w:type="spellEnd"/>
      <w:r w:rsidRPr="00B95460">
        <w:rPr>
          <w:rFonts w:cs="Raavi"/>
        </w:rPr>
        <w:t xml:space="preserve"> </w:t>
      </w:r>
      <w:r w:rsidRPr="00B95460">
        <w:rPr>
          <w:rFonts w:cs="Raavi"/>
          <w:cs/>
        </w:rPr>
        <w:t>ਪਹਿਲਕਦਮੀ ਨੂੰ ਇਹ ਅਧਿਕਾਰ ਦੇਣਗੇ ਕਿ ਉਹ ਆਪਣੇ ਵਿਵੇਕ ਅਨੁਸਾਰ ਉਨ੍ਹਾਂ ਦੇ</w:t>
      </w:r>
      <w:r w:rsidRPr="00B95460">
        <w:rPr>
          <w:rFonts w:cs="Raavi"/>
        </w:rPr>
        <w:t xml:space="preserve"> </w:t>
      </w:r>
      <w:proofErr w:type="spellStart"/>
      <w:r w:rsidRPr="00B95460">
        <w:rPr>
          <w:rFonts w:cs="Raavi"/>
        </w:rPr>
        <w:t>ਦਸਤਖ਼ਤ</w:t>
      </w:r>
      <w:proofErr w:type="spellEnd"/>
      <w:r w:rsidRPr="00B95460">
        <w:rPr>
          <w:rFonts w:cs="Raavi"/>
        </w:rPr>
        <w:t xml:space="preserve"> </w:t>
      </w:r>
      <w:r w:rsidRPr="00B95460">
        <w:rPr>
          <w:rFonts w:cs="Raavi"/>
          <w:cs/>
        </w:rPr>
        <w:t>ਕੀਤੇ</w:t>
      </w:r>
      <w:r>
        <w:t xml:space="preserve"> </w:t>
      </w:r>
      <w:proofErr w:type="spellStart"/>
      <w:r>
        <w:t>ਸਮਰਥਨ</w:t>
      </w:r>
      <w:proofErr w:type="spellEnd"/>
      <w:r w:rsidRPr="002B2FF9">
        <w:rPr>
          <w:rFonts w:cs="Raavi"/>
          <w:cs/>
        </w:rPr>
        <w:t xml:space="preserve"> ਪੱਤਰ</w:t>
      </w:r>
      <w:r w:rsidRPr="00B95460">
        <w:t xml:space="preserve">, </w:t>
      </w:r>
      <w:r w:rsidRPr="00B95460">
        <w:rPr>
          <w:rFonts w:cs="Raavi"/>
          <w:cs/>
        </w:rPr>
        <w:t xml:space="preserve">ਬਿਆਨ ਜਾਂ </w:t>
      </w:r>
      <w:r w:rsidRPr="002B2FF9">
        <w:rPr>
          <w:rFonts w:cs="Raavi"/>
          <w:cs/>
        </w:rPr>
        <w:t xml:space="preserve">ਭਰੇ ਹੋਏ ਜਵਾਬੀ ਫਾਰਮ ਨੂੰ </w:t>
      </w:r>
      <w:r w:rsidRPr="002B2FF9">
        <w:rPr>
          <w:rFonts w:cs="Raavi"/>
          <w:cs/>
        </w:rPr>
        <w:lastRenderedPageBreak/>
        <w:t>ਮਹਾਰਾਸ਼ਟਰ ਸਰਕਾਰ ਨੂੰ ਕੀਤੀ ਜਾਣ ਵਾਲੀ ਕਿਸੇ</w:t>
      </w:r>
      <w:r w:rsidRPr="00B95460">
        <w:rPr>
          <w:rFonts w:cs="Raavi"/>
        </w:rPr>
        <w:t xml:space="preserve"> </w:t>
      </w:r>
      <w:proofErr w:type="spellStart"/>
      <w:r w:rsidRPr="00B95460">
        <w:rPr>
          <w:rFonts w:cs="Raavi"/>
        </w:rPr>
        <w:t>ਸਾਂਝੀ</w:t>
      </w:r>
      <w:proofErr w:type="spellEnd"/>
      <w:r w:rsidRPr="00B95460">
        <w:rPr>
          <w:rFonts w:cs="Raavi"/>
        </w:rPr>
        <w:t xml:space="preserve"> </w:t>
      </w:r>
      <w:r w:rsidRPr="007E71D5">
        <w:rPr>
          <w:rFonts w:cs="Raavi"/>
          <w:cs/>
        </w:rPr>
        <w:t>ਬੇਨਤੀ</w:t>
      </w:r>
      <w:r w:rsidRPr="00B95460">
        <w:rPr>
          <w:rFonts w:cs="Raavi"/>
        </w:rPr>
        <w:t xml:space="preserve"> </w:t>
      </w:r>
      <w:r w:rsidRPr="00B95460">
        <w:rPr>
          <w:rFonts w:cs="Raavi"/>
          <w:cs/>
        </w:rPr>
        <w:t>ਜਾਂ ਸੰਬੰਧਿਤ ਸੰਚਾਰ ਨਾਲ</w:t>
      </w:r>
      <w:r w:rsidRPr="00B95460">
        <w:rPr>
          <w:rFonts w:cs="Raavi"/>
        </w:rPr>
        <w:t xml:space="preserve"> </w:t>
      </w:r>
      <w:proofErr w:type="spellStart"/>
      <w:r w:rsidRPr="00B95460">
        <w:rPr>
          <w:rFonts w:cs="Raavi"/>
        </w:rPr>
        <w:t>ਸ਼ਾਮਲ</w:t>
      </w:r>
      <w:proofErr w:type="spellEnd"/>
      <w:r w:rsidRPr="00B95460">
        <w:rPr>
          <w:rFonts w:cs="Raavi"/>
        </w:rPr>
        <w:t xml:space="preserve"> </w:t>
      </w:r>
      <w:proofErr w:type="spellStart"/>
      <w:r w:rsidRPr="00B95460">
        <w:rPr>
          <w:rFonts w:cs="Raavi"/>
        </w:rPr>
        <w:t>ਕਰਨ</w:t>
      </w:r>
      <w:proofErr w:type="spellEnd"/>
      <w:r w:rsidRPr="00B95460">
        <w:rPr>
          <w:rFonts w:cs="Raavi"/>
        </w:rPr>
        <w:t xml:space="preserve"> </w:t>
      </w:r>
      <w:r w:rsidRPr="00B95460">
        <w:rPr>
          <w:rFonts w:cs="Raavi"/>
          <w:cs/>
        </w:rPr>
        <w:t>ਜਾਂ ਅੱਗੇ ਭੇਜਣ ਲਈ ਵਾਜਬ ਯਤਨ ਕਰ ਸਕੇ। ਕਿਸੇ ਵੀ ਸਰਕਾਰੀ ਦਫ਼ਤਰ ਵੱਲੋਂ ਸ਼ਾਮਲ ਕੀਤੇ ਜਾਣ</w:t>
      </w:r>
      <w:r w:rsidRPr="00B95460">
        <w:t xml:space="preserve">, </w:t>
      </w:r>
      <w:r w:rsidRPr="00B95460">
        <w:rPr>
          <w:rFonts w:cs="Raavi"/>
          <w:cs/>
        </w:rPr>
        <w:t>ਅੱਗੇ ਭੇਜੇ ਜਾਣ</w:t>
      </w:r>
      <w:r w:rsidRPr="00B95460">
        <w:t xml:space="preserve">, </w:t>
      </w:r>
      <w:r w:rsidRPr="00B95460">
        <w:rPr>
          <w:rFonts w:cs="Raavi"/>
          <w:cs/>
        </w:rPr>
        <w:t>ਪਹੁੰਚ</w:t>
      </w:r>
      <w:r w:rsidRPr="00B95460">
        <w:t xml:space="preserve">, </w:t>
      </w:r>
      <w:r w:rsidRPr="00B95460">
        <w:rPr>
          <w:rFonts w:cs="Raavi"/>
          <w:cs/>
        </w:rPr>
        <w:t>ਸਮਾਂ</w:t>
      </w:r>
      <w:r w:rsidRPr="00B95460">
        <w:t xml:space="preserve">, </w:t>
      </w:r>
      <w:r w:rsidRPr="00B95460">
        <w:rPr>
          <w:rFonts w:cs="Raavi"/>
          <w:cs/>
        </w:rPr>
        <w:t xml:space="preserve">ਪ੍ਰਾਪਤੀ </w:t>
      </w:r>
      <w:proofErr w:type="spellStart"/>
      <w:r w:rsidRPr="00B95460">
        <w:rPr>
          <w:rFonts w:cs="Raavi"/>
        </w:rPr>
        <w:t>ਦੀ</w:t>
      </w:r>
      <w:proofErr w:type="spellEnd"/>
      <w:r w:rsidRPr="00B95460">
        <w:rPr>
          <w:rFonts w:cs="Raavi"/>
        </w:rPr>
        <w:t xml:space="preserve"> </w:t>
      </w:r>
      <w:r w:rsidRPr="00B95460">
        <w:rPr>
          <w:rFonts w:cs="Raavi"/>
          <w:cs/>
        </w:rPr>
        <w:t xml:space="preserve">ਪੁਸ਼ਟੀ ਜਾਂ ਸਵੀਕ੍ਰਿਤੀ ਦੀ ਕੋਈ ਗਾਰੰਟੀ ਨਹੀਂ ਦਿੱਤੀ ਜਾ </w:t>
      </w:r>
      <w:r w:rsidRPr="002B2FF9">
        <w:rPr>
          <w:rFonts w:cs="Raavi"/>
          <w:cs/>
        </w:rPr>
        <w:t>ਸਕਦੀ ਅਤੇ ਇਹ ਵਿਹਾਰਕ</w:t>
      </w:r>
      <w:r w:rsidRPr="002B2FF9">
        <w:t xml:space="preserve">, </w:t>
      </w:r>
      <w:r w:rsidRPr="002B2FF9">
        <w:rPr>
          <w:rFonts w:cs="Raavi"/>
          <w:cs/>
        </w:rPr>
        <w:t>ਪ੍ਰਸ਼ਾਸਕੀ</w:t>
      </w:r>
      <w:r w:rsidRPr="002B2FF9">
        <w:t xml:space="preserve">, </w:t>
      </w:r>
      <w:r w:rsidRPr="002B2FF9">
        <w:rPr>
          <w:rFonts w:cs="Raavi"/>
          <w:cs/>
        </w:rPr>
        <w:t>ਤਕਨੀਕੀ ਜਾਂ ਹੋਰ ਹਾਲਾਤਾਂ ’ਤੇ ਨਿਰਭਰ ਹੋ ਸਕਦਾ ਹੈ।</w:t>
      </w:r>
    </w:p>
    <w:p w14:paraId="217D956B" w14:textId="77777777" w:rsidR="00265F74" w:rsidRDefault="00265F74" w:rsidP="00265F74">
      <w:pPr>
        <w:pStyle w:val="Punjabi"/>
        <w:rPr>
          <w:kern w:val="2"/>
          <w:sz w:val="24"/>
          <w:szCs w:val="24"/>
          <w:lang w:bidi="pa-IN"/>
          <w14:ligatures w14:val="standardContextual"/>
        </w:rPr>
      </w:pPr>
      <w:r>
        <w:rPr>
          <w:rFonts w:cs="Raavi"/>
          <w:b/>
          <w:bCs/>
          <w:cs/>
        </w:rPr>
        <w:t>ਸਵੈਇੱਛਕ ਸੇਵਾ ਅਤੇ ਵੈੱਬਸਾਈਟ ਸਪਸ਼ਟੀਕਰਨ:</w:t>
      </w:r>
      <w:r w:rsidRPr="00DD1581">
        <w:t xml:space="preserve"> </w:t>
      </w:r>
      <w:r>
        <w:rPr>
          <w:rFonts w:cs="Raavi"/>
          <w:cs/>
        </w:rPr>
        <w:t>ਇਹ ਯਤਨ ਸਵੈਇੱਛਕ</w:t>
      </w:r>
      <w:r>
        <w:t xml:space="preserve">, </w:t>
      </w:r>
      <w:r>
        <w:rPr>
          <w:rFonts w:cs="Raavi"/>
          <w:cs/>
        </w:rPr>
        <w:t>ਗੈਰ-ਵਪਾਰਕ</w:t>
      </w:r>
      <w:r>
        <w:t xml:space="preserve">, </w:t>
      </w:r>
      <w:r>
        <w:rPr>
          <w:rFonts w:cs="Raavi"/>
          <w:cs/>
        </w:rPr>
        <w:t xml:space="preserve">ਕਾਨੂੰਨੀ ਅਤੇ ਸ਼ਾਂਤੀਪੂਰਨ ਕੌਮੀ ਸੇਵਾ ਹੈ। ਇਹ </w:t>
      </w:r>
      <w:r w:rsidRPr="00DD1581">
        <w:rPr>
          <w:rFonts w:ascii="Raavi" w:hAnsi="Raavi" w:cs="Raavi"/>
          <w:sz w:val="22"/>
          <w:cs/>
          <w:lang w:bidi="pa-IN"/>
        </w:rPr>
        <w:t xml:space="preserve">ਯਤਨ </w:t>
      </w:r>
      <w:r>
        <w:rPr>
          <w:rFonts w:cs="Raavi"/>
          <w:cs/>
        </w:rPr>
        <w:t>ਕਿਸੇ ਗੁਰਦੁਆਰੇ</w:t>
      </w:r>
      <w:r w:rsidRPr="008D3DBB">
        <w:t xml:space="preserve">, </w:t>
      </w:r>
      <w:r>
        <w:rPr>
          <w:rFonts w:cs="Raavi"/>
          <w:cs/>
        </w:rPr>
        <w:t>ਸੰਸਥਾ</w:t>
      </w:r>
      <w:r w:rsidRPr="008D3DBB">
        <w:t xml:space="preserve">, </w:t>
      </w:r>
      <w:r>
        <w:rPr>
          <w:rFonts w:cs="Raavi"/>
          <w:cs/>
        </w:rPr>
        <w:t xml:space="preserve">ਜਥੇਬੰਦੀ ਜਾਂ ਵਿਅਕਤੀ </w:t>
      </w:r>
      <w:r w:rsidRPr="00DD1581">
        <w:rPr>
          <w:rFonts w:ascii="Raavi" w:hAnsi="Raavi" w:cs="Raavi"/>
          <w:sz w:val="22"/>
          <w:cs/>
          <w:lang w:bidi="pa-IN"/>
        </w:rPr>
        <w:t>ਦੀ ਆਮ ਨੁਮਾਇੰਦਗੀ</w:t>
      </w:r>
      <w:r>
        <w:rPr>
          <w:rFonts w:cs="Raavi"/>
          <w:cs/>
        </w:rPr>
        <w:t xml:space="preserve"> ਨਹੀਂ </w:t>
      </w:r>
      <w:r w:rsidRPr="00DD1581">
        <w:rPr>
          <w:rFonts w:ascii="Raavi" w:hAnsi="Raavi" w:cs="Raavi"/>
          <w:sz w:val="22"/>
          <w:cs/>
          <w:lang w:bidi="pa-IN"/>
        </w:rPr>
        <w:t xml:space="preserve">ਕਰਦਾ। ਜੇ ਕੋਈ </w:t>
      </w:r>
      <w:r>
        <w:rPr>
          <w:rFonts w:cs="Raavi"/>
          <w:cs/>
        </w:rPr>
        <w:t xml:space="preserve">ਆਪਣਾ </w:t>
      </w:r>
      <w:r w:rsidRPr="00DD1581">
        <w:rPr>
          <w:rFonts w:ascii="Raavi" w:hAnsi="Raavi" w:cs="Raavi"/>
          <w:sz w:val="22"/>
          <w:cs/>
          <w:lang w:bidi="pa-IN"/>
        </w:rPr>
        <w:t xml:space="preserve">ਦਸਤਖ਼ਤ ਕੀਤਾ </w:t>
      </w:r>
      <w:r>
        <w:rPr>
          <w:rFonts w:cs="Raavi"/>
          <w:cs/>
        </w:rPr>
        <w:t>ਸਮਰਥਨ</w:t>
      </w:r>
      <w:r w:rsidRPr="008D3DBB">
        <w:t xml:space="preserve">, </w:t>
      </w:r>
      <w:r w:rsidRPr="00DD1581">
        <w:rPr>
          <w:rFonts w:ascii="Raavi" w:hAnsi="Raavi" w:cs="Raavi"/>
          <w:sz w:val="22"/>
          <w:cs/>
          <w:lang w:bidi="pa-IN"/>
        </w:rPr>
        <w:t>ਪੱਤਰ</w:t>
      </w:r>
      <w:r>
        <w:rPr>
          <w:rFonts w:cs="Raavi"/>
          <w:cs/>
        </w:rPr>
        <w:t xml:space="preserve"> ਜਾਂ </w:t>
      </w:r>
      <w:r w:rsidRPr="00DD1581">
        <w:rPr>
          <w:rFonts w:ascii="Raavi" w:hAnsi="Raavi" w:cs="Raavi"/>
          <w:sz w:val="22"/>
          <w:cs/>
          <w:lang w:bidi="pa-IN"/>
        </w:rPr>
        <w:t>ਫਾਰਮ ਭੇਜਦਾ ਹੈ</w:t>
      </w:r>
      <w:r w:rsidRPr="008D3DBB">
        <w:t xml:space="preserve">, </w:t>
      </w:r>
      <w:r w:rsidRPr="00DD1581">
        <w:rPr>
          <w:rFonts w:ascii="Raavi" w:hAnsi="Raavi" w:cs="Raavi"/>
          <w:sz w:val="22"/>
          <w:cs/>
          <w:lang w:bidi="pa-IN"/>
        </w:rPr>
        <w:t xml:space="preserve">ਤਾਂ ਉਹ </w:t>
      </w:r>
      <w:r>
        <w:rPr>
          <w:rFonts w:cs="Raavi"/>
          <w:cs/>
        </w:rPr>
        <w:t xml:space="preserve">ਆਗਿਆ </w:t>
      </w:r>
      <w:r w:rsidRPr="00DD1581">
        <w:rPr>
          <w:rFonts w:ascii="Raavi" w:hAnsi="Raavi" w:cs="Raavi"/>
          <w:sz w:val="22"/>
          <w:cs/>
          <w:lang w:bidi="pa-IN"/>
        </w:rPr>
        <w:t xml:space="preserve">ਕੇਵਲ </w:t>
      </w:r>
      <w:r w:rsidRPr="008D3DBB">
        <w:rPr>
          <w:rFonts w:cs="Raavi"/>
          <w:cs/>
        </w:rPr>
        <w:t>ਇਸ ਯਤਨ ਨਾਲ ਸੰਬੰਧਿਤ ਰਿਕਾਰਡ</w:t>
      </w:r>
      <w:r w:rsidRPr="008D3DBB">
        <w:t xml:space="preserve">, </w:t>
      </w:r>
      <w:r w:rsidRPr="008D3DBB">
        <w:rPr>
          <w:rFonts w:cs="Raavi"/>
          <w:cs/>
        </w:rPr>
        <w:t>ਸੰਪਰਕ</w:t>
      </w:r>
      <w:r w:rsidRPr="008D3DBB">
        <w:t xml:space="preserve">, </w:t>
      </w:r>
      <w:r w:rsidRPr="008D3DBB">
        <w:rPr>
          <w:rFonts w:cs="Raavi"/>
          <w:cs/>
        </w:rPr>
        <w:t>ਜਿੱਥੇ ਆਗਿਆ ਹੋਵੇ ਉੱਥੇ ਵਿਅਕਤੀਗਤ ਸਮਰਥਕ ਵਜੋਂ ਪ੍ਰਕਾਸ਼ਨ</w:t>
      </w:r>
      <w:r w:rsidRPr="008D3DBB">
        <w:t xml:space="preserve">, </w:t>
      </w:r>
      <w:r w:rsidRPr="008D3DBB">
        <w:rPr>
          <w:rFonts w:cs="Raavi"/>
          <w:cs/>
        </w:rPr>
        <w:t xml:space="preserve">ਅਤੇ ਕਾਨੂੰਨੀ </w:t>
      </w:r>
      <w:r w:rsidRPr="00E00DED">
        <w:rPr>
          <w:rFonts w:cs="Raavi"/>
          <w:cs/>
        </w:rPr>
        <w:t>ਬੇਨਤੀ</w:t>
      </w:r>
      <w:r w:rsidRPr="008D3DBB">
        <w:rPr>
          <w:rFonts w:cs="Raavi"/>
          <w:cs/>
        </w:rPr>
        <w:t xml:space="preserve"> ਜਾਂ ਅਗਲੇ ਸੰਪਰਕ ਲਈ ਸੀਮਿਤ ਰਹੇਗੀ। ਜਿੱਥੇ ਪਹਿਲਕਦਮੀ ਨੂੰ </w:t>
      </w:r>
      <w:r w:rsidRPr="00DD1581">
        <w:rPr>
          <w:rFonts w:ascii="Raavi" w:hAnsi="Raavi" w:cs="Raavi"/>
          <w:sz w:val="22"/>
          <w:cs/>
          <w:lang w:bidi="pa-IN"/>
        </w:rPr>
        <w:t xml:space="preserve">ਪੱਤਰ ਜਾਂ ਫਾਰਮ </w:t>
      </w:r>
      <w:r w:rsidRPr="008D3DBB">
        <w:rPr>
          <w:rFonts w:cs="Raavi"/>
          <w:cs/>
        </w:rPr>
        <w:t>ਸ਼ਾਮਲ</w:t>
      </w:r>
      <w:r w:rsidRPr="00DD1581">
        <w:rPr>
          <w:rFonts w:ascii="Raavi" w:hAnsi="Raavi" w:cs="Raavi"/>
          <w:sz w:val="22"/>
          <w:cs/>
          <w:lang w:bidi="pa-IN"/>
        </w:rPr>
        <w:t xml:space="preserve"> ਕਰਨ </w:t>
      </w:r>
      <w:r w:rsidRPr="008D3DBB">
        <w:rPr>
          <w:rFonts w:cs="Raavi"/>
          <w:cs/>
        </w:rPr>
        <w:t>ਜਾਂ ਅੱਗੇ ਭੇਜਣ ਦੀ ਆਗਿਆ ਦਿੱਤੀ ਜਾਂਦੀ ਹੈ</w:t>
      </w:r>
      <w:r w:rsidRPr="008D3DBB">
        <w:t xml:space="preserve">, </w:t>
      </w:r>
      <w:r w:rsidRPr="008D3DBB">
        <w:rPr>
          <w:rFonts w:cs="Raavi"/>
          <w:cs/>
        </w:rPr>
        <w:t>ਉੱਥੇ ਪਹਿਲਕਦਮੀ ਆਪਣੇ ਵਿਵੇਕ ਅਨੁਸਾਰ ਵਾਜਬ ਯਤਨ ਕਰ ਸਕਦੀ ਹੈ</w:t>
      </w:r>
      <w:r w:rsidRPr="008D3DBB">
        <w:t xml:space="preserve">, </w:t>
      </w:r>
      <w:r w:rsidRPr="008D3DBB">
        <w:rPr>
          <w:rFonts w:cs="Raavi"/>
          <w:cs/>
        </w:rPr>
        <w:t>ਪਰ ਕਿਸੇ ਵੀ ਸਰਕਾਰੀ ਦਫ਼ਤਰ ਵੱਲੋਂ ਸ਼ਾਮਲ ਕੀਤੇ ਜਾਣ</w:t>
      </w:r>
      <w:r w:rsidRPr="008D3DBB">
        <w:t xml:space="preserve">, </w:t>
      </w:r>
      <w:r w:rsidRPr="008D3DBB">
        <w:rPr>
          <w:rFonts w:cs="Raavi"/>
          <w:cs/>
        </w:rPr>
        <w:t>ਅੱਗੇ ਭੇਜੇ ਜਾਣ</w:t>
      </w:r>
      <w:r w:rsidRPr="008D3DBB">
        <w:t xml:space="preserve">, </w:t>
      </w:r>
      <w:r w:rsidRPr="008D3DBB">
        <w:rPr>
          <w:rFonts w:cs="Raavi"/>
          <w:cs/>
        </w:rPr>
        <w:t>ਪਹੁੰਚ</w:t>
      </w:r>
      <w:r w:rsidRPr="008D3DBB">
        <w:t xml:space="preserve">, </w:t>
      </w:r>
      <w:r w:rsidRPr="008D3DBB">
        <w:rPr>
          <w:rFonts w:cs="Raavi"/>
          <w:cs/>
        </w:rPr>
        <w:t>ਸਮਾਂ</w:t>
      </w:r>
      <w:r w:rsidRPr="008D3DBB">
        <w:t xml:space="preserve">, </w:t>
      </w:r>
      <w:r w:rsidRPr="008D3DBB">
        <w:rPr>
          <w:rFonts w:cs="Raavi"/>
          <w:cs/>
        </w:rPr>
        <w:t>ਪ੍ਰਾਪਤੀ ਦੀ ਪੁਸ਼ਟੀ ਜਾਂ ਸਵੀਕ੍ਰਿਤੀ ਦੀ ਕੋਈ ਗਾਰੰਟੀ ਨਹੀਂ ਦਿੱਤੀ ਜਾ ਸਕਦੀ।</w:t>
      </w:r>
      <w:r>
        <w:rPr>
          <w:rFonts w:cs="Raavi"/>
          <w:cs/>
        </w:rPr>
        <w:t xml:space="preserve"> ਭੇਜੇ ਗਏ ਨਾਮ</w:t>
      </w:r>
      <w:r>
        <w:t xml:space="preserve">, </w:t>
      </w:r>
      <w:r>
        <w:rPr>
          <w:rFonts w:cs="Raavi"/>
          <w:cs/>
        </w:rPr>
        <w:t>ਫਾਰਮ</w:t>
      </w:r>
      <w:r>
        <w:t xml:space="preserve">, </w:t>
      </w:r>
      <w:r>
        <w:rPr>
          <w:rFonts w:cs="Raavi"/>
          <w:cs/>
        </w:rPr>
        <w:t>ਪੱਤਰ</w:t>
      </w:r>
      <w:r>
        <w:t xml:space="preserve">, </w:t>
      </w:r>
      <w:r>
        <w:rPr>
          <w:rFonts w:cs="Raavi"/>
          <w:cs/>
        </w:rPr>
        <w:t>ਦਸਤਖ਼ਤ ਜਾਂ ਸੰਪਰਕ ਜਾਣਕਾਰੀ ਕੇਵਲ ਰਿਕਾਰਡ</w:t>
      </w:r>
      <w:r>
        <w:t xml:space="preserve">, </w:t>
      </w:r>
      <w:r>
        <w:rPr>
          <w:rFonts w:cs="Raavi"/>
          <w:cs/>
        </w:rPr>
        <w:t>ਸੰਪਰਕ</w:t>
      </w:r>
      <w:r>
        <w:t xml:space="preserve">, </w:t>
      </w:r>
      <w:r>
        <w:rPr>
          <w:rFonts w:cs="Raavi"/>
          <w:cs/>
        </w:rPr>
        <w:t>ਜਿੱਥੇ ਆਗਿਆ ਹੋਵੇ ਉੱਥੇ ਵਿਅਕਤੀਗਤ ਸਮਰਥਕ ਵਜੋਂ ਪ੍ਰਕਾਸ਼ਨ</w:t>
      </w:r>
      <w:r>
        <w:t xml:space="preserve">, </w:t>
      </w:r>
      <w:r>
        <w:rPr>
          <w:rFonts w:cs="Raavi"/>
          <w:cs/>
        </w:rPr>
        <w:t xml:space="preserve">ਅਤੇ ਇਸ ਯਤਨ ਨਾਲ ਸੰਬੰਧਿਤ ਕਾਨੂੰਨੀ </w:t>
      </w:r>
      <w:r w:rsidRPr="00E00DED">
        <w:rPr>
          <w:rFonts w:cs="Raavi"/>
          <w:cs/>
        </w:rPr>
        <w:t>ਬੇਨਤੀ</w:t>
      </w:r>
      <w:r>
        <w:rPr>
          <w:rFonts w:cs="Raavi"/>
          <w:cs/>
        </w:rPr>
        <w:t xml:space="preserve"> ਜਾਂ ਅਗਲੇ ਸੰਪਰਕ ਲਈ ਹੀ ਵਰਤੀ ਜਾਵੇਗੀ। ਵੈੱਬਸਾਈਟ ਜਾਂ ਇਸ ਸਮੱਗਰੀ ਵਿੱਚ ਦਿੱਤੀ ਗਈ ਕੋਈ ਵੀ ਗੱਲ ਕਾਨੂੰਨੀ ਸਲਾਹ ਨਹੀਂ ਮੰਨੀ ਜਾਣੀ ਚਾਹੀਦੀ</w:t>
      </w:r>
      <w:r>
        <w:t xml:space="preserve">; </w:t>
      </w:r>
      <w:r>
        <w:rPr>
          <w:rFonts w:cs="Raavi"/>
          <w:cs/>
        </w:rPr>
        <w:t>ਸੰਸਥਾਵਾਂ ਅਤੇ ਵਿਅਕਤੀਆਂ ਨੂੰ ਦਸਤਖ਼ਤ ਕਰਨ</w:t>
      </w:r>
      <w:r>
        <w:t xml:space="preserve">, </w:t>
      </w:r>
      <w:r>
        <w:rPr>
          <w:rFonts w:cs="Raavi"/>
          <w:cs/>
        </w:rPr>
        <w:t>ਭੇਜਣ ਜਾਂ ਆਪਣਾ ਸਮਰਥਨ ਜਨਤਕ ਕਰਨ ਦੀ ਆਗਿਆ ਦੇਣ ਤੋਂ ਪਹਿਲਾਂ ਸਮੱਗਰੀ ਨੂੰ ਆਪਣੇ ਤੌਰ ’ਤੇ ਵੇਖਣਾ ਅਤੇ ਜਿੱਥੇ ਲੋੜ ਹੋਵੇ ਉਚਿਤ ਸਲਾਹ ਲੈਣੀ ਚਾਹੀਦੀ ਹੈ।</w:t>
      </w:r>
    </w:p>
    <w:p w14:paraId="69D9F5C5" w14:textId="77777777" w:rsidR="00265F74" w:rsidRDefault="00265F74" w:rsidP="00265F74">
      <w:pPr>
        <w:pStyle w:val="Punjabi"/>
        <w:rPr>
          <w:kern w:val="2"/>
          <w:sz w:val="24"/>
          <w:szCs w:val="24"/>
          <w:lang w:bidi="pa-IN"/>
          <w14:ligatures w14:val="standardContextual"/>
        </w:rPr>
      </w:pPr>
      <w:r>
        <w:rPr>
          <w:rFonts w:cs="Raavi"/>
          <w:b/>
          <w:bCs/>
          <w:cs/>
        </w:rPr>
        <w:t>ਵਿਕਲਪਿਕ ਵੀਡੀਓ ਕਲਿੱਪ / ਨਿੱਜੀ ਸੁਨੇਹਾ:</w:t>
      </w:r>
      <w:r>
        <w:t xml:space="preserve"> </w:t>
      </w:r>
      <w:r>
        <w:rPr>
          <w:rFonts w:cs="Raavi"/>
          <w:cs/>
        </w:rPr>
        <w:t>ਸਮਰਥਕ ਆਪਣੀ ਭਾਸ਼ਾ ਅਤੇ ਆਪਣੇ ਸ਼ਬਦਾਂ ਵਿੱਚ ਛੋਟੀ ਵੀਡੀਓ ਕਲਿੱਪ ਵੀ ਰਿਕਾਰਡ ਕਰ ਸਕਦੇ ਹਨ</w:t>
      </w:r>
      <w:r>
        <w:t xml:space="preserve">, </w:t>
      </w:r>
      <w:r>
        <w:rPr>
          <w:rFonts w:cs="Raavi"/>
          <w:cs/>
        </w:rPr>
        <w:t>ਜਿਸ ਵਿੱਚ ਉਹ ਆਦਰ ਸਹਿਤ ਦੱਸ ਸਕਦੇ ਹਨ ਕਿ ਉਹ ਤਖ਼ਤ ਸ੍ਰੀ ਹਜ਼ੂਰ ਸਾਹਿਬ ਦੀ ਸਿੱਖ (ਖ਼ਾਲਸਾ) ਪੰਥਕ ਖ਼ੁਦਮੁਖ਼ਤਿਆਰੀ ਦਾ ਸਮਰਥਨ ਕਿਉਂ ਕਰਦੇ ਹਨ। ਪਹਿਲਕਦਮੀ ਵੱਲੋਂ ਦਿੱਤਾ ਕੋਈ ਵੀ ਨਮੂਨਾ ਸ਼ਬਦ ਕੇਵਲ ਰਹਿਨੁਮਾਈ ਲਈ ਹੈ ਅਤੇ ਉਸ ਨੂੰ ਆਪਣੀ ਲੋੜ ਅਨੁਸਾਰ ਬਦਲਿਆ ਜਾਂ ਪੂਰੀ ਤਰ੍ਹਾਂ ਆਪਣੇ ਸ਼ਬਦਾਂ ਨਾਲ ਬਦਲਿਆ ਜਾ ਸਕਦਾ ਹੈ। ਵੀਡੀਓ ਕਲਿੱਪ ਭੇਜਣ ਵਾਲਾ ਵਿਅਕਤੀ ਜਾਂ ਸੰਸਥਾ ਆਪਣੀ ਮਰਜ਼ੀ ਨਾਲ ਇਹ ਆਗਿਆ ਦੇ ਸਕਦੀ ਹੈ ਕਿ ਪਹਿਲਕਦਮੀ ਉਸ ਕਲਿੱਪ ਨੂੰ</w:t>
      </w:r>
      <w:r>
        <w:t xml:space="preserve"> </w:t>
      </w:r>
      <w:r>
        <w:rPr>
          <w:b/>
          <w:bCs/>
        </w:rPr>
        <w:t>hazursahibproject.org</w:t>
      </w:r>
      <w:r>
        <w:t xml:space="preserve">, </w:t>
      </w:r>
      <w:r>
        <w:rPr>
          <w:rFonts w:cs="Raavi"/>
          <w:cs/>
        </w:rPr>
        <w:t>ਸੰਬੰਧਿਤ ਪਹਿਲਕਦਮੀ ਸੰਚਾਰ ਜਾਂ ਕਾਨੂੰਨੀ ਜਨ-ਜਾਗਰੂਕਤਾ ਸਮੱਗਰੀ ਵਿੱਚ ਵਰਤ</w:t>
      </w:r>
      <w:r>
        <w:t xml:space="preserve">, </w:t>
      </w:r>
      <w:r>
        <w:rPr>
          <w:rFonts w:cs="Raavi"/>
          <w:cs/>
        </w:rPr>
        <w:t>ਅੱਪਲੋਡ</w:t>
      </w:r>
      <w:r>
        <w:t xml:space="preserve">, </w:t>
      </w:r>
      <w:r>
        <w:rPr>
          <w:rFonts w:cs="Raavi"/>
          <w:cs/>
        </w:rPr>
        <w:t>ਪੋਸਟ ਜਾਂ ਸਾਂਝਾ ਕਰ ਸਕੇ। ਵੀਡੀਓ ਵਿੱਚ ਭਾਗ ਲੈਣਾ ਪੂਰੀ ਤਰ੍ਹਾਂ ਸਵੈਇੱਛਕ ਅਤੇ ਵਿਕਲਪਿਕ ਹੈ।</w:t>
      </w:r>
    </w:p>
    <w:p w14:paraId="69B686D7" w14:textId="77777777" w:rsidR="00265F74" w:rsidRDefault="00265F74" w:rsidP="00265F74">
      <w:pPr>
        <w:pStyle w:val="Punjabi"/>
        <w:rPr>
          <w:rFonts w:cs="Raavi"/>
        </w:rPr>
      </w:pPr>
      <w:r>
        <w:rPr>
          <w:rFonts w:cs="Raavi"/>
          <w:cs/>
        </w:rPr>
        <w:t xml:space="preserve">ਸਮਰਥਨ ਦੇ ਜਵਾਬ ਇੱਥੇ ਭੇਜੋ: ਸਮਰਪਿਤ ਪਹਿਲਕਦਮੀ ਈਮੇਲ: </w:t>
      </w:r>
      <w:r w:rsidRPr="000427AE">
        <w:rPr>
          <w:b/>
          <w:bCs/>
        </w:rPr>
        <w:t>hazursahibproject@proton.me</w:t>
      </w:r>
      <w:r>
        <w:rPr>
          <w:rFonts w:cs="Raavi"/>
          <w:cs/>
        </w:rPr>
        <w:t xml:space="preserve"> </w:t>
      </w:r>
    </w:p>
    <w:p w14:paraId="1A5FE51D" w14:textId="77777777" w:rsidR="00265F74" w:rsidRDefault="00265F74" w:rsidP="00265F74">
      <w:pPr>
        <w:pStyle w:val="Punjabi"/>
        <w:rPr>
          <w:b/>
          <w:bCs/>
        </w:rPr>
      </w:pPr>
      <w:r>
        <w:rPr>
          <w:rFonts w:cs="Raavi"/>
          <w:cs/>
        </w:rPr>
        <w:t>ਵੈੱਬਸਾਈਟ:</w:t>
      </w:r>
      <w:r>
        <w:t xml:space="preserve"> </w:t>
      </w:r>
      <w:r>
        <w:rPr>
          <w:b/>
          <w:bCs/>
        </w:rPr>
        <w:t>hazursahibproject.org</w:t>
      </w:r>
    </w:p>
    <w:p w14:paraId="5F13651C" w14:textId="77777777" w:rsidR="0007029E" w:rsidRDefault="0007029E" w:rsidP="0007029E">
      <w:pPr>
        <w:pStyle w:val="Heading1"/>
        <w:pageBreakBefore/>
        <w:rPr>
          <w:kern w:val="36"/>
          <w:szCs w:val="30"/>
          <w:lang w:bidi="pa-IN"/>
          <w14:ligatures w14:val="standardContextual"/>
        </w:rPr>
      </w:pPr>
      <w:r>
        <w:lastRenderedPageBreak/>
        <w:t xml:space="preserve">2. </w:t>
      </w:r>
      <w:r>
        <w:rPr>
          <w:rFonts w:ascii="Raavi" w:hAnsi="Raavi" w:cs="Raavi"/>
          <w:sz w:val="28"/>
          <w:cs/>
        </w:rPr>
        <w:t>ਆਮ ਪੁੱਛਿਆ ਜਾਣ ਵਾਲਾ ਸਵਾਲ</w:t>
      </w:r>
    </w:p>
    <w:p w14:paraId="6E0F49C3" w14:textId="77777777" w:rsidR="00D76619" w:rsidRDefault="00D76619" w:rsidP="00D76619">
      <w:pPr>
        <w:pStyle w:val="Punjabi"/>
      </w:pPr>
      <w:proofErr w:type="spellStart"/>
      <w:r>
        <w:t>ਸਵਾਲ</w:t>
      </w:r>
      <w:proofErr w:type="spellEnd"/>
      <w:r>
        <w:t xml:space="preserve">: </w:t>
      </w:r>
      <w:proofErr w:type="spellStart"/>
      <w:r>
        <w:t>ਰਿਪੋਰਟਾਂ</w:t>
      </w:r>
      <w:proofErr w:type="spellEnd"/>
      <w:r>
        <w:t xml:space="preserve"> </w:t>
      </w:r>
      <w:proofErr w:type="spellStart"/>
      <w:r>
        <w:t>ਦੱਸਦੀਆਂ</w:t>
      </w:r>
      <w:proofErr w:type="spellEnd"/>
      <w:r>
        <w:t xml:space="preserve"> </w:t>
      </w:r>
      <w:proofErr w:type="spellStart"/>
      <w:r>
        <w:t>ਹਨ</w:t>
      </w:r>
      <w:proofErr w:type="spellEnd"/>
      <w:r>
        <w:t xml:space="preserve"> </w:t>
      </w:r>
      <w:proofErr w:type="spellStart"/>
      <w:r>
        <w:t>ਕਿ</w:t>
      </w:r>
      <w:proofErr w:type="spellEnd"/>
      <w:r>
        <w:t xml:space="preserve"> </w:t>
      </w:r>
      <w:proofErr w:type="spellStart"/>
      <w:r>
        <w:t>ਮਹਾਰਾਸ਼ਟਰ</w:t>
      </w:r>
      <w:proofErr w:type="spellEnd"/>
      <w:r>
        <w:t xml:space="preserve"> </w:t>
      </w:r>
      <w:proofErr w:type="spellStart"/>
      <w:r>
        <w:t>ਸਰਕਾਰ</w:t>
      </w:r>
      <w:proofErr w:type="spellEnd"/>
      <w:r>
        <w:t xml:space="preserve"> </w:t>
      </w:r>
      <w:proofErr w:type="spellStart"/>
      <w:r>
        <w:t>ਨੇ</w:t>
      </w:r>
      <w:proofErr w:type="spellEnd"/>
      <w:r>
        <w:t xml:space="preserve"> </w:t>
      </w:r>
      <w:proofErr w:type="spellStart"/>
      <w:r>
        <w:t>ਪ੍ਰਸਤਾਵ</w:t>
      </w:r>
      <w:proofErr w:type="spellEnd"/>
      <w:r>
        <w:t xml:space="preserve"> </w:t>
      </w:r>
      <w:proofErr w:type="spellStart"/>
      <w:r>
        <w:t>ਰੋਕ</w:t>
      </w:r>
      <w:proofErr w:type="spellEnd"/>
      <w:r>
        <w:t xml:space="preserve"> </w:t>
      </w:r>
      <w:proofErr w:type="spellStart"/>
      <w:r>
        <w:t>ਕੇ</w:t>
      </w:r>
      <w:proofErr w:type="spellEnd"/>
      <w:r>
        <w:t xml:space="preserve"> </w:t>
      </w:r>
      <w:proofErr w:type="spellStart"/>
      <w:r>
        <w:t>ਸਲਾਹ-ਮਸ਼ਵਰਾ</w:t>
      </w:r>
      <w:proofErr w:type="spellEnd"/>
      <w:r>
        <w:t xml:space="preserve"> </w:t>
      </w:r>
      <w:proofErr w:type="spellStart"/>
      <w:r>
        <w:t>ਕਰਨ</w:t>
      </w:r>
      <w:proofErr w:type="spellEnd"/>
      <w:r>
        <w:t xml:space="preserve"> </w:t>
      </w:r>
      <w:proofErr w:type="spellStart"/>
      <w:r>
        <w:t>ਦੀ</w:t>
      </w:r>
      <w:proofErr w:type="spellEnd"/>
      <w:r>
        <w:t xml:space="preserve"> </w:t>
      </w:r>
      <w:proofErr w:type="spellStart"/>
      <w:r>
        <w:t>ਗੱਲ</w:t>
      </w:r>
      <w:proofErr w:type="spellEnd"/>
      <w:r>
        <w:t xml:space="preserve"> </w:t>
      </w:r>
      <w:proofErr w:type="spellStart"/>
      <w:r>
        <w:t>ਕੀਤੀ</w:t>
      </w:r>
      <w:proofErr w:type="spellEnd"/>
      <w:r>
        <w:t xml:space="preserve"> </w:t>
      </w:r>
      <w:proofErr w:type="spellStart"/>
      <w:r>
        <w:t>ਹੈ</w:t>
      </w:r>
      <w:proofErr w:type="spellEnd"/>
      <w:r>
        <w:t xml:space="preserve">। </w:t>
      </w:r>
      <w:proofErr w:type="spellStart"/>
      <w:r>
        <w:t>ਫਿਰ</w:t>
      </w:r>
      <w:proofErr w:type="spellEnd"/>
      <w:r>
        <w:t xml:space="preserve"> </w:t>
      </w:r>
      <w:proofErr w:type="spellStart"/>
      <w:r>
        <w:t>ਇਹ</w:t>
      </w:r>
      <w:proofErr w:type="spellEnd"/>
      <w:r>
        <w:t xml:space="preserve"> </w:t>
      </w:r>
      <w:proofErr w:type="spellStart"/>
      <w:r>
        <w:t>ਯਤਨ</w:t>
      </w:r>
      <w:proofErr w:type="spellEnd"/>
      <w:r>
        <w:t xml:space="preserve"> </w:t>
      </w:r>
      <w:proofErr w:type="spellStart"/>
      <w:r>
        <w:t>ਕਿਉਂ</w:t>
      </w:r>
      <w:proofErr w:type="spellEnd"/>
      <w:r>
        <w:t xml:space="preserve"> </w:t>
      </w:r>
      <w:proofErr w:type="spellStart"/>
      <w:r>
        <w:t>ਜਾਰੀ</w:t>
      </w:r>
      <w:proofErr w:type="spellEnd"/>
      <w:r>
        <w:t xml:space="preserve"> </w:t>
      </w:r>
      <w:proofErr w:type="spellStart"/>
      <w:r>
        <w:t>ਰੱਖਣਾ</w:t>
      </w:r>
      <w:proofErr w:type="spellEnd"/>
      <w:r>
        <w:t xml:space="preserve"> </w:t>
      </w:r>
      <w:proofErr w:type="spellStart"/>
      <w:r>
        <w:t>ਹੈ</w:t>
      </w:r>
      <w:proofErr w:type="spellEnd"/>
      <w:r>
        <w:t>?</w:t>
      </w:r>
    </w:p>
    <w:p w14:paraId="6670A6F0" w14:textId="0D961F55" w:rsidR="00265F74" w:rsidRDefault="00D76619">
      <w:pPr>
        <w:pStyle w:val="Punjabi"/>
        <w:rPr>
          <w:kern w:val="2"/>
          <w:sz w:val="24"/>
          <w:szCs w:val="24"/>
          <w:lang w:bidi="pa-IN"/>
          <w14:ligatures w14:val="standardContextual"/>
        </w:rPr>
      </w:pPr>
      <w:proofErr w:type="spellStart"/>
      <w:r w:rsidRPr="008E69F0">
        <w:rPr>
          <w:rFonts w:cs="Raavi"/>
        </w:rPr>
        <w:t>ਜਵਾਬ</w:t>
      </w:r>
      <w:proofErr w:type="spellEnd"/>
      <w:r w:rsidRPr="008E69F0">
        <w:rPr>
          <w:rFonts w:cs="Raavi"/>
        </w:rPr>
        <w:t xml:space="preserve">: </w:t>
      </w:r>
      <w:proofErr w:type="spellStart"/>
      <w:r w:rsidRPr="008E69F0">
        <w:rPr>
          <w:rFonts w:cs="Raavi"/>
        </w:rPr>
        <w:t>ਅਸੀਂ</w:t>
      </w:r>
      <w:proofErr w:type="spellEnd"/>
      <w:r w:rsidRPr="008E69F0">
        <w:rPr>
          <w:rFonts w:cs="Raavi"/>
        </w:rPr>
        <w:t xml:space="preserve"> </w:t>
      </w:r>
      <w:proofErr w:type="spellStart"/>
      <w:r w:rsidRPr="008E69F0">
        <w:rPr>
          <w:rFonts w:cs="Raavi"/>
        </w:rPr>
        <w:t>ਕਿਸੇ</w:t>
      </w:r>
      <w:proofErr w:type="spellEnd"/>
      <w:r w:rsidRPr="008E69F0">
        <w:rPr>
          <w:rFonts w:cs="Raavi"/>
        </w:rPr>
        <w:t xml:space="preserve"> </w:t>
      </w:r>
      <w:proofErr w:type="spellStart"/>
      <w:r w:rsidRPr="008E69F0">
        <w:rPr>
          <w:rFonts w:cs="Raavi"/>
        </w:rPr>
        <w:t>ਵੀ</w:t>
      </w:r>
      <w:proofErr w:type="spellEnd"/>
      <w:r w:rsidRPr="008E69F0">
        <w:rPr>
          <w:rFonts w:cs="Raavi"/>
        </w:rPr>
        <w:t xml:space="preserve"> </w:t>
      </w:r>
      <w:proofErr w:type="spellStart"/>
      <w:r w:rsidRPr="008E69F0">
        <w:rPr>
          <w:rFonts w:cs="Raavi"/>
        </w:rPr>
        <w:t>ਅਜਿਹੇ</w:t>
      </w:r>
      <w:proofErr w:type="spellEnd"/>
      <w:r w:rsidRPr="008E69F0">
        <w:rPr>
          <w:rFonts w:cs="Raavi"/>
        </w:rPr>
        <w:t xml:space="preserve"> </w:t>
      </w:r>
      <w:proofErr w:type="spellStart"/>
      <w:r w:rsidRPr="008E69F0">
        <w:rPr>
          <w:rFonts w:cs="Raavi"/>
        </w:rPr>
        <w:t>ਫ਼ੈਸਲੇ</w:t>
      </w:r>
      <w:proofErr w:type="spellEnd"/>
      <w:r w:rsidRPr="008E69F0">
        <w:rPr>
          <w:rFonts w:cs="Raavi"/>
        </w:rPr>
        <w:t xml:space="preserve"> </w:t>
      </w:r>
      <w:proofErr w:type="spellStart"/>
      <w:r w:rsidRPr="008E69F0">
        <w:rPr>
          <w:rFonts w:cs="Raavi"/>
        </w:rPr>
        <w:t>ਦਾ</w:t>
      </w:r>
      <w:proofErr w:type="spellEnd"/>
      <w:r w:rsidRPr="008E69F0">
        <w:rPr>
          <w:rFonts w:cs="Raavi"/>
        </w:rPr>
        <w:t xml:space="preserve"> </w:t>
      </w:r>
      <w:proofErr w:type="spellStart"/>
      <w:r w:rsidRPr="008E69F0">
        <w:rPr>
          <w:rFonts w:cs="Raavi"/>
        </w:rPr>
        <w:t>ਸਵਾਗਤ</w:t>
      </w:r>
      <w:proofErr w:type="spellEnd"/>
      <w:r w:rsidRPr="008E69F0">
        <w:rPr>
          <w:rFonts w:cs="Raavi"/>
        </w:rPr>
        <w:t xml:space="preserve"> </w:t>
      </w:r>
      <w:proofErr w:type="spellStart"/>
      <w:r w:rsidRPr="008E69F0">
        <w:rPr>
          <w:rFonts w:cs="Raavi"/>
        </w:rPr>
        <w:t>ਕਰਦੇ</w:t>
      </w:r>
      <w:proofErr w:type="spellEnd"/>
      <w:r w:rsidRPr="008E69F0">
        <w:rPr>
          <w:rFonts w:cs="Raavi"/>
        </w:rPr>
        <w:t xml:space="preserve"> </w:t>
      </w:r>
      <w:proofErr w:type="spellStart"/>
      <w:r w:rsidRPr="008E69F0">
        <w:rPr>
          <w:rFonts w:cs="Raavi"/>
        </w:rPr>
        <w:t>ਹਾਂ</w:t>
      </w:r>
      <w:proofErr w:type="spellEnd"/>
      <w:r w:rsidRPr="008E69F0">
        <w:rPr>
          <w:rFonts w:cs="Raavi"/>
        </w:rPr>
        <w:t xml:space="preserve"> </w:t>
      </w:r>
      <w:proofErr w:type="spellStart"/>
      <w:r w:rsidRPr="008E69F0">
        <w:rPr>
          <w:rFonts w:cs="Raavi"/>
        </w:rPr>
        <w:t>ਜਿਸ</w:t>
      </w:r>
      <w:proofErr w:type="spellEnd"/>
      <w:r w:rsidRPr="008E69F0">
        <w:rPr>
          <w:rFonts w:cs="Raavi"/>
        </w:rPr>
        <w:t xml:space="preserve"> </w:t>
      </w:r>
      <w:proofErr w:type="spellStart"/>
      <w:r w:rsidRPr="008E69F0">
        <w:rPr>
          <w:rFonts w:cs="Raavi"/>
        </w:rPr>
        <w:t>ਨਾਲ</w:t>
      </w:r>
      <w:proofErr w:type="spellEnd"/>
      <w:r w:rsidRPr="008E69F0">
        <w:rPr>
          <w:rFonts w:cs="Raavi"/>
        </w:rPr>
        <w:t xml:space="preserve"> </w:t>
      </w:r>
      <w:proofErr w:type="spellStart"/>
      <w:r w:rsidRPr="008E69F0">
        <w:rPr>
          <w:rFonts w:cs="Raavi"/>
        </w:rPr>
        <w:t>ਕਾਰਵਾਈ</w:t>
      </w:r>
      <w:proofErr w:type="spellEnd"/>
      <w:r w:rsidRPr="008E69F0">
        <w:rPr>
          <w:rFonts w:cs="Raavi"/>
        </w:rPr>
        <w:t xml:space="preserve"> </w:t>
      </w:r>
      <w:proofErr w:type="spellStart"/>
      <w:r w:rsidRPr="008E69F0">
        <w:rPr>
          <w:rFonts w:cs="Raavi"/>
        </w:rPr>
        <w:t>ਰੁਕੇ</w:t>
      </w:r>
      <w:proofErr w:type="spellEnd"/>
      <w:r w:rsidRPr="008E69F0">
        <w:rPr>
          <w:rFonts w:cs="Raavi"/>
        </w:rPr>
        <w:t xml:space="preserve"> </w:t>
      </w:r>
      <w:proofErr w:type="spellStart"/>
      <w:r w:rsidRPr="008E69F0">
        <w:rPr>
          <w:rFonts w:cs="Raavi"/>
        </w:rPr>
        <w:t>ਅਤੇ</w:t>
      </w:r>
      <w:proofErr w:type="spellEnd"/>
      <w:r w:rsidRPr="008E69F0">
        <w:rPr>
          <w:rFonts w:cs="Raavi"/>
        </w:rPr>
        <w:t xml:space="preserve"> </w:t>
      </w:r>
      <w:proofErr w:type="spellStart"/>
      <w:r w:rsidRPr="008E69F0">
        <w:rPr>
          <w:rFonts w:cs="Raavi"/>
        </w:rPr>
        <w:t>ਚਿੰਤਾਵਾਂ</w:t>
      </w:r>
      <w:proofErr w:type="spellEnd"/>
      <w:r w:rsidRPr="008E69F0">
        <w:rPr>
          <w:rFonts w:cs="Raavi"/>
        </w:rPr>
        <w:t xml:space="preserve"> </w:t>
      </w:r>
      <w:proofErr w:type="spellStart"/>
      <w:r w:rsidRPr="008E69F0">
        <w:rPr>
          <w:rFonts w:cs="Raavi"/>
        </w:rPr>
        <w:t>ਸੁਣੀਆਂ</w:t>
      </w:r>
      <w:proofErr w:type="spellEnd"/>
      <w:r w:rsidRPr="008E69F0">
        <w:rPr>
          <w:rFonts w:cs="Raavi"/>
        </w:rPr>
        <w:t xml:space="preserve"> </w:t>
      </w:r>
      <w:proofErr w:type="spellStart"/>
      <w:r w:rsidRPr="008E69F0">
        <w:rPr>
          <w:rFonts w:cs="Raavi"/>
        </w:rPr>
        <w:t>ਜਾਣ</w:t>
      </w:r>
      <w:proofErr w:type="spellEnd"/>
      <w:r w:rsidRPr="008E69F0">
        <w:rPr>
          <w:rFonts w:cs="Raavi"/>
        </w:rPr>
        <w:t xml:space="preserve">। </w:t>
      </w:r>
      <w:proofErr w:type="spellStart"/>
      <w:r w:rsidRPr="008E69F0">
        <w:rPr>
          <w:rFonts w:cs="Raavi"/>
        </w:rPr>
        <w:t>ਪਰ</w:t>
      </w:r>
      <w:proofErr w:type="spellEnd"/>
      <w:r w:rsidRPr="008E69F0">
        <w:rPr>
          <w:rFonts w:cs="Raavi"/>
        </w:rPr>
        <w:t xml:space="preserve"> </w:t>
      </w:r>
      <w:proofErr w:type="spellStart"/>
      <w:r w:rsidRPr="008E69F0">
        <w:rPr>
          <w:rFonts w:cs="Raavi"/>
        </w:rPr>
        <w:t>ਇਸ</w:t>
      </w:r>
      <w:proofErr w:type="spellEnd"/>
      <w:r w:rsidRPr="008E69F0">
        <w:rPr>
          <w:rFonts w:cs="Raavi"/>
        </w:rPr>
        <w:t xml:space="preserve"> </w:t>
      </w:r>
      <w:proofErr w:type="spellStart"/>
      <w:r w:rsidRPr="008E69F0">
        <w:rPr>
          <w:rFonts w:cs="Raavi"/>
        </w:rPr>
        <w:t>ਪਹਿਲਕਦਮੀ</w:t>
      </w:r>
      <w:proofErr w:type="spellEnd"/>
      <w:r w:rsidRPr="008E69F0">
        <w:rPr>
          <w:rFonts w:cs="Raavi"/>
        </w:rPr>
        <w:t xml:space="preserve"> </w:t>
      </w:r>
      <w:proofErr w:type="spellStart"/>
      <w:r w:rsidRPr="008E69F0">
        <w:rPr>
          <w:rFonts w:cs="Raavi"/>
        </w:rPr>
        <w:t>ਦਾ</w:t>
      </w:r>
      <w:proofErr w:type="spellEnd"/>
      <w:r w:rsidRPr="008E69F0">
        <w:rPr>
          <w:rFonts w:cs="Raavi"/>
        </w:rPr>
        <w:t xml:space="preserve"> </w:t>
      </w:r>
      <w:proofErr w:type="spellStart"/>
      <w:r w:rsidRPr="008E69F0">
        <w:rPr>
          <w:rFonts w:cs="Raavi"/>
        </w:rPr>
        <w:t>ਮਕਸਦ</w:t>
      </w:r>
      <w:proofErr w:type="spellEnd"/>
      <w:r w:rsidRPr="008E69F0">
        <w:rPr>
          <w:rFonts w:cs="Raavi"/>
        </w:rPr>
        <w:t xml:space="preserve"> </w:t>
      </w:r>
      <w:proofErr w:type="spellStart"/>
      <w:r w:rsidRPr="008E69F0">
        <w:rPr>
          <w:rFonts w:cs="Raavi"/>
        </w:rPr>
        <w:t>ਕੇਵਲ</w:t>
      </w:r>
      <w:proofErr w:type="spellEnd"/>
      <w:r w:rsidRPr="008E69F0">
        <w:rPr>
          <w:rFonts w:cs="Raavi"/>
        </w:rPr>
        <w:t xml:space="preserve"> </w:t>
      </w:r>
      <w:proofErr w:type="spellStart"/>
      <w:r w:rsidRPr="008E69F0">
        <w:rPr>
          <w:rFonts w:cs="Raavi"/>
        </w:rPr>
        <w:t>ਕਿਸੇ</w:t>
      </w:r>
      <w:proofErr w:type="spellEnd"/>
      <w:r w:rsidRPr="008E69F0">
        <w:rPr>
          <w:rFonts w:cs="Raavi"/>
        </w:rPr>
        <w:t xml:space="preserve"> </w:t>
      </w:r>
      <w:proofErr w:type="spellStart"/>
      <w:r w:rsidRPr="008E69F0">
        <w:rPr>
          <w:rFonts w:cs="Raavi"/>
        </w:rPr>
        <w:t>ਇੱਕ</w:t>
      </w:r>
      <w:proofErr w:type="spellEnd"/>
      <w:r w:rsidRPr="008E69F0">
        <w:rPr>
          <w:rFonts w:cs="Raavi"/>
        </w:rPr>
        <w:t xml:space="preserve"> </w:t>
      </w:r>
      <w:proofErr w:type="spellStart"/>
      <w:r w:rsidRPr="008E69F0">
        <w:rPr>
          <w:rFonts w:cs="Raavi"/>
        </w:rPr>
        <w:t>ਪ੍ਰਸਤਾਵ</w:t>
      </w:r>
      <w:proofErr w:type="spellEnd"/>
      <w:r w:rsidRPr="008E69F0">
        <w:rPr>
          <w:rFonts w:cs="Raavi"/>
        </w:rPr>
        <w:t xml:space="preserve"> </w:t>
      </w:r>
      <w:proofErr w:type="spellStart"/>
      <w:r w:rsidRPr="008E69F0">
        <w:rPr>
          <w:rFonts w:cs="Raavi"/>
        </w:rPr>
        <w:t>ਤੱਕ</w:t>
      </w:r>
      <w:proofErr w:type="spellEnd"/>
      <w:r w:rsidRPr="008E69F0">
        <w:rPr>
          <w:rFonts w:cs="Raavi"/>
        </w:rPr>
        <w:t xml:space="preserve"> </w:t>
      </w:r>
      <w:proofErr w:type="spellStart"/>
      <w:r w:rsidRPr="008E69F0">
        <w:rPr>
          <w:rFonts w:cs="Raavi"/>
        </w:rPr>
        <w:t>ਸੀਮਿਤ</w:t>
      </w:r>
      <w:proofErr w:type="spellEnd"/>
      <w:r w:rsidRPr="008E69F0">
        <w:rPr>
          <w:rFonts w:cs="Raavi"/>
        </w:rPr>
        <w:t xml:space="preserve"> </w:t>
      </w:r>
      <w:proofErr w:type="spellStart"/>
      <w:r w:rsidRPr="008E69F0">
        <w:rPr>
          <w:rFonts w:cs="Raavi"/>
        </w:rPr>
        <w:t>ਨਹੀਂ</w:t>
      </w:r>
      <w:proofErr w:type="spellEnd"/>
      <w:r w:rsidRPr="008E69F0">
        <w:rPr>
          <w:rFonts w:cs="Raavi"/>
        </w:rPr>
        <w:t xml:space="preserve"> </w:t>
      </w:r>
      <w:proofErr w:type="spellStart"/>
      <w:r w:rsidRPr="008E69F0">
        <w:rPr>
          <w:rFonts w:cs="Raavi"/>
        </w:rPr>
        <w:t>ਹੈ</w:t>
      </w:r>
      <w:proofErr w:type="spellEnd"/>
      <w:r w:rsidRPr="008E69F0">
        <w:rPr>
          <w:rFonts w:cs="Raavi"/>
        </w:rPr>
        <w:t xml:space="preserve">। </w:t>
      </w:r>
      <w:proofErr w:type="spellStart"/>
      <w:r w:rsidRPr="008E69F0">
        <w:rPr>
          <w:rFonts w:cs="Raavi"/>
        </w:rPr>
        <w:t>ਵੱਡਾ</w:t>
      </w:r>
      <w:proofErr w:type="spellEnd"/>
      <w:r w:rsidRPr="008E69F0">
        <w:rPr>
          <w:rFonts w:cs="Raavi"/>
        </w:rPr>
        <w:t xml:space="preserve"> </w:t>
      </w:r>
      <w:proofErr w:type="spellStart"/>
      <w:r w:rsidRPr="008E69F0">
        <w:rPr>
          <w:rFonts w:cs="Raavi"/>
        </w:rPr>
        <w:t>ਸਿਧਾਂਤ</w:t>
      </w:r>
      <w:proofErr w:type="spellEnd"/>
      <w:r w:rsidRPr="008E69F0">
        <w:rPr>
          <w:rFonts w:cs="Raavi"/>
        </w:rPr>
        <w:t xml:space="preserve"> </w:t>
      </w:r>
      <w:proofErr w:type="spellStart"/>
      <w:r w:rsidRPr="008E69F0">
        <w:rPr>
          <w:rFonts w:cs="Raavi"/>
        </w:rPr>
        <w:t>ਅਜੇ</w:t>
      </w:r>
      <w:proofErr w:type="spellEnd"/>
      <w:r w:rsidRPr="008E69F0">
        <w:rPr>
          <w:rFonts w:cs="Raavi"/>
        </w:rPr>
        <w:t xml:space="preserve"> </w:t>
      </w:r>
      <w:proofErr w:type="spellStart"/>
      <w:r w:rsidRPr="008E69F0">
        <w:rPr>
          <w:rFonts w:cs="Raavi"/>
        </w:rPr>
        <w:t>ਵੀ</w:t>
      </w:r>
      <w:proofErr w:type="spellEnd"/>
      <w:r w:rsidRPr="008E69F0">
        <w:rPr>
          <w:rFonts w:cs="Raavi"/>
        </w:rPr>
        <w:t xml:space="preserve"> </w:t>
      </w:r>
      <w:proofErr w:type="spellStart"/>
      <w:r w:rsidRPr="008E69F0">
        <w:rPr>
          <w:rFonts w:cs="Raavi"/>
        </w:rPr>
        <w:t>ਮਹੱਤਵਪੂਰਨ</w:t>
      </w:r>
      <w:proofErr w:type="spellEnd"/>
      <w:r w:rsidRPr="008E69F0">
        <w:rPr>
          <w:rFonts w:cs="Raavi"/>
        </w:rPr>
        <w:t xml:space="preserve"> </w:t>
      </w:r>
      <w:proofErr w:type="spellStart"/>
      <w:r w:rsidRPr="008E69F0">
        <w:rPr>
          <w:rFonts w:cs="Raavi"/>
        </w:rPr>
        <w:t>ਹੈ</w:t>
      </w:r>
      <w:proofErr w:type="spellEnd"/>
      <w:r w:rsidRPr="008E69F0">
        <w:rPr>
          <w:rFonts w:cs="Raavi"/>
        </w:rPr>
        <w:t xml:space="preserve">: </w:t>
      </w:r>
      <w:proofErr w:type="spellStart"/>
      <w:r w:rsidRPr="008E69F0">
        <w:rPr>
          <w:rFonts w:cs="Raavi"/>
        </w:rPr>
        <w:t>ਤਖ਼ਤ</w:t>
      </w:r>
      <w:proofErr w:type="spellEnd"/>
      <w:r w:rsidRPr="008E69F0">
        <w:rPr>
          <w:rFonts w:cs="Raavi"/>
        </w:rPr>
        <w:t xml:space="preserve"> </w:t>
      </w:r>
      <w:proofErr w:type="spellStart"/>
      <w:r w:rsidRPr="008E69F0">
        <w:rPr>
          <w:rFonts w:cs="Raavi"/>
        </w:rPr>
        <w:t>ਸ੍ਰੀ</w:t>
      </w:r>
      <w:proofErr w:type="spellEnd"/>
      <w:r w:rsidRPr="008E69F0">
        <w:rPr>
          <w:rFonts w:cs="Raavi"/>
        </w:rPr>
        <w:t xml:space="preserve"> </w:t>
      </w:r>
      <w:proofErr w:type="spellStart"/>
      <w:r w:rsidRPr="008E69F0">
        <w:rPr>
          <w:rFonts w:cs="Raavi"/>
        </w:rPr>
        <w:t>ਹਜ਼ੂਰ</w:t>
      </w:r>
      <w:proofErr w:type="spellEnd"/>
      <w:r w:rsidRPr="008E69F0">
        <w:rPr>
          <w:rFonts w:cs="Raavi"/>
        </w:rPr>
        <w:t xml:space="preserve"> </w:t>
      </w:r>
      <w:proofErr w:type="spellStart"/>
      <w:r w:rsidRPr="008E69F0">
        <w:rPr>
          <w:rFonts w:cs="Raavi"/>
        </w:rPr>
        <w:t>ਸਾਹਿਬ</w:t>
      </w:r>
      <w:proofErr w:type="spellEnd"/>
      <w:r w:rsidRPr="008E69F0">
        <w:rPr>
          <w:rFonts w:cs="Raavi"/>
        </w:rPr>
        <w:t xml:space="preserve"> </w:t>
      </w:r>
      <w:proofErr w:type="spellStart"/>
      <w:r w:rsidRPr="008E69F0">
        <w:rPr>
          <w:rFonts w:cs="Raavi"/>
        </w:rPr>
        <w:t>ਦੀ</w:t>
      </w:r>
      <w:proofErr w:type="spellEnd"/>
      <w:r w:rsidRPr="008E69F0">
        <w:rPr>
          <w:rFonts w:cs="Raavi"/>
        </w:rPr>
        <w:t xml:space="preserve"> </w:t>
      </w:r>
      <w:proofErr w:type="spellStart"/>
      <w:r>
        <w:t>ਅਧਿਕਾਰਤਾ</w:t>
      </w:r>
      <w:proofErr w:type="spellEnd"/>
      <w:r>
        <w:t xml:space="preserve">, </w:t>
      </w:r>
      <w:proofErr w:type="spellStart"/>
      <w:r>
        <w:t>ਮਰਯਾਦਾ</w:t>
      </w:r>
      <w:proofErr w:type="spellEnd"/>
      <w:r>
        <w:t xml:space="preserve">, </w:t>
      </w:r>
      <w:proofErr w:type="spellStart"/>
      <w:r>
        <w:t>ਪ੍ਰਬੰਧ</w:t>
      </w:r>
      <w:proofErr w:type="spellEnd"/>
      <w:r>
        <w:t xml:space="preserve">, </w:t>
      </w:r>
      <w:proofErr w:type="spellStart"/>
      <w:r>
        <w:t>ਜਾਇਦਾਦਾਂ</w:t>
      </w:r>
      <w:proofErr w:type="spellEnd"/>
      <w:r>
        <w:t xml:space="preserve"> </w:t>
      </w:r>
      <w:proofErr w:type="spellStart"/>
      <w:r>
        <w:t>ਅਤੇ</w:t>
      </w:r>
      <w:proofErr w:type="spellEnd"/>
      <w:r>
        <w:t xml:space="preserve"> </w:t>
      </w:r>
      <w:proofErr w:type="spellStart"/>
      <w:r>
        <w:t>ਅੰਦਰੂਨੀ</w:t>
      </w:r>
      <w:proofErr w:type="spellEnd"/>
      <w:r>
        <w:t xml:space="preserve"> </w:t>
      </w:r>
      <w:proofErr w:type="spellStart"/>
      <w:r>
        <w:t>ਮਾਮਲੇ</w:t>
      </w:r>
      <w:proofErr w:type="spellEnd"/>
      <w:r>
        <w:t xml:space="preserve"> </w:t>
      </w:r>
      <w:proofErr w:type="spellStart"/>
      <w:r>
        <w:t>ਸਿੱਖ</w:t>
      </w:r>
      <w:proofErr w:type="spellEnd"/>
      <w:r>
        <w:t xml:space="preserve"> (</w:t>
      </w:r>
      <w:proofErr w:type="spellStart"/>
      <w:r>
        <w:t>ਖ਼ਾਲਸਾ</w:t>
      </w:r>
      <w:proofErr w:type="spellEnd"/>
      <w:r>
        <w:t xml:space="preserve">) </w:t>
      </w:r>
      <w:proofErr w:type="spellStart"/>
      <w:r>
        <w:t>ਪੰਥ</w:t>
      </w:r>
      <w:proofErr w:type="spellEnd"/>
      <w:r>
        <w:t xml:space="preserve"> </w:t>
      </w:r>
      <w:proofErr w:type="spellStart"/>
      <w:r>
        <w:t>ਦੇ</w:t>
      </w:r>
      <w:proofErr w:type="spellEnd"/>
      <w:r>
        <w:t xml:space="preserve"> </w:t>
      </w:r>
      <w:proofErr w:type="spellStart"/>
      <w:r>
        <w:t>ਮਾਮਲੇ</w:t>
      </w:r>
      <w:proofErr w:type="spellEnd"/>
      <w:r>
        <w:t xml:space="preserve"> </w:t>
      </w:r>
      <w:proofErr w:type="spellStart"/>
      <w:r>
        <w:t>ਹਨ</w:t>
      </w:r>
      <w:proofErr w:type="spellEnd"/>
      <w:r>
        <w:t xml:space="preserve">। </w:t>
      </w:r>
      <w:proofErr w:type="spellStart"/>
      <w:r>
        <w:t>ਸਾਡਾ</w:t>
      </w:r>
      <w:proofErr w:type="spellEnd"/>
      <w:r>
        <w:t xml:space="preserve"> </w:t>
      </w:r>
      <w:proofErr w:type="spellStart"/>
      <w:r>
        <w:t>ਮਤਲਬ</w:t>
      </w:r>
      <w:proofErr w:type="spellEnd"/>
      <w:r>
        <w:t xml:space="preserve"> </w:t>
      </w:r>
      <w:proofErr w:type="spellStart"/>
      <w:r>
        <w:t>ਇਹ</w:t>
      </w:r>
      <w:proofErr w:type="spellEnd"/>
      <w:r>
        <w:t xml:space="preserve"> </w:t>
      </w:r>
      <w:proofErr w:type="spellStart"/>
      <w:r>
        <w:t>ਹੈ</w:t>
      </w:r>
      <w:proofErr w:type="spellEnd"/>
      <w:r>
        <w:t xml:space="preserve"> </w:t>
      </w:r>
      <w:proofErr w:type="spellStart"/>
      <w:r>
        <w:t>ਕਿ</w:t>
      </w:r>
      <w:proofErr w:type="spellEnd"/>
      <w:r>
        <w:t xml:space="preserve"> </w:t>
      </w:r>
      <w:proofErr w:type="spellStart"/>
      <w:r>
        <w:t>ਜੇ</w:t>
      </w:r>
      <w:proofErr w:type="spellEnd"/>
      <w:r>
        <w:t xml:space="preserve"> </w:t>
      </w:r>
      <w:proofErr w:type="spellStart"/>
      <w:r>
        <w:t>ਕਦੇ</w:t>
      </w:r>
      <w:proofErr w:type="spellEnd"/>
      <w:r>
        <w:t xml:space="preserve"> </w:t>
      </w:r>
      <w:proofErr w:type="spellStart"/>
      <w:r>
        <w:t>ਕੋਈ</w:t>
      </w:r>
      <w:proofErr w:type="spellEnd"/>
      <w:r>
        <w:t xml:space="preserve"> </w:t>
      </w:r>
      <w:proofErr w:type="spellStart"/>
      <w:r>
        <w:t>ਸੁਧਾਰ</w:t>
      </w:r>
      <w:proofErr w:type="spellEnd"/>
      <w:r>
        <w:t xml:space="preserve"> </w:t>
      </w:r>
      <w:proofErr w:type="spellStart"/>
      <w:r>
        <w:t>ਲੋੜੀਂਦਾ</w:t>
      </w:r>
      <w:proofErr w:type="spellEnd"/>
      <w:r>
        <w:t xml:space="preserve"> </w:t>
      </w:r>
      <w:proofErr w:type="spellStart"/>
      <w:r>
        <w:t>ਸਮਝਿਆ</w:t>
      </w:r>
      <w:proofErr w:type="spellEnd"/>
      <w:r>
        <w:t xml:space="preserve"> </w:t>
      </w:r>
      <w:proofErr w:type="spellStart"/>
      <w:r>
        <w:t>ਜਾਵੇ</w:t>
      </w:r>
      <w:proofErr w:type="spellEnd"/>
      <w:r>
        <w:t xml:space="preserve">, </w:t>
      </w:r>
      <w:proofErr w:type="spellStart"/>
      <w:r w:rsidRPr="008E69F0">
        <w:rPr>
          <w:rFonts w:cs="Raavi"/>
        </w:rPr>
        <w:t>ਤਾਂ</w:t>
      </w:r>
      <w:proofErr w:type="spellEnd"/>
      <w:r w:rsidRPr="008E69F0">
        <w:rPr>
          <w:rFonts w:cs="Raavi"/>
        </w:rPr>
        <w:t xml:space="preserve"> </w:t>
      </w:r>
      <w:proofErr w:type="spellStart"/>
      <w:r w:rsidRPr="008E69F0">
        <w:rPr>
          <w:rFonts w:cs="Raavi"/>
        </w:rPr>
        <w:t>ਉਹ</w:t>
      </w:r>
      <w:proofErr w:type="spellEnd"/>
      <w:r w:rsidRPr="008E69F0">
        <w:rPr>
          <w:rFonts w:cs="Raavi"/>
        </w:rPr>
        <w:t xml:space="preserve"> </w:t>
      </w:r>
      <w:proofErr w:type="spellStart"/>
      <w:r w:rsidRPr="008E69F0">
        <w:rPr>
          <w:rFonts w:cs="Raavi"/>
        </w:rPr>
        <w:t>ਤਖ਼ਤ</w:t>
      </w:r>
      <w:proofErr w:type="spellEnd"/>
      <w:r w:rsidRPr="008E69F0">
        <w:rPr>
          <w:rFonts w:cs="Raavi"/>
        </w:rPr>
        <w:t xml:space="preserve"> </w:t>
      </w:r>
      <w:proofErr w:type="spellStart"/>
      <w:r w:rsidRPr="008E69F0">
        <w:rPr>
          <w:rFonts w:cs="Raavi"/>
        </w:rPr>
        <w:t>ਸ੍ਰੀ</w:t>
      </w:r>
      <w:proofErr w:type="spellEnd"/>
      <w:r w:rsidRPr="008E69F0">
        <w:rPr>
          <w:rFonts w:cs="Raavi"/>
        </w:rPr>
        <w:t xml:space="preserve"> </w:t>
      </w:r>
      <w:proofErr w:type="spellStart"/>
      <w:r w:rsidRPr="008E69F0">
        <w:rPr>
          <w:rFonts w:cs="Raavi"/>
        </w:rPr>
        <w:t>ਹਜ਼ੂਰ</w:t>
      </w:r>
      <w:proofErr w:type="spellEnd"/>
      <w:r w:rsidRPr="008E69F0">
        <w:rPr>
          <w:rFonts w:cs="Raavi"/>
        </w:rPr>
        <w:t xml:space="preserve"> </w:t>
      </w:r>
      <w:proofErr w:type="spellStart"/>
      <w:r w:rsidRPr="008E69F0">
        <w:rPr>
          <w:rFonts w:cs="Raavi"/>
        </w:rPr>
        <w:t>ਸਾਹਿਬ</w:t>
      </w:r>
      <w:proofErr w:type="spellEnd"/>
      <w:r w:rsidRPr="008E69F0">
        <w:rPr>
          <w:rFonts w:cs="Raavi"/>
        </w:rPr>
        <w:t xml:space="preserve"> </w:t>
      </w:r>
      <w:proofErr w:type="spellStart"/>
      <w:r w:rsidRPr="008E69F0">
        <w:rPr>
          <w:rFonts w:cs="Raavi"/>
        </w:rPr>
        <w:t>ਅਤੇ</w:t>
      </w:r>
      <w:proofErr w:type="spellEnd"/>
      <w:r w:rsidRPr="008E69F0">
        <w:rPr>
          <w:rFonts w:cs="Raavi"/>
        </w:rPr>
        <w:t xml:space="preserve"> </w:t>
      </w:r>
      <w:r w:rsidRPr="008E69F0">
        <w:rPr>
          <w:rFonts w:cs="Raavi"/>
          <w:cs/>
        </w:rPr>
        <w:t>ਪ੍ਰਮਾਣਿਤ</w:t>
      </w:r>
      <w:r>
        <w:t xml:space="preserve"> </w:t>
      </w:r>
      <w:proofErr w:type="spellStart"/>
      <w:r>
        <w:t>ਸਿੱਖ</w:t>
      </w:r>
      <w:proofErr w:type="spellEnd"/>
      <w:r>
        <w:t xml:space="preserve"> (</w:t>
      </w:r>
      <w:proofErr w:type="spellStart"/>
      <w:r>
        <w:t>ਖ਼ਾਲਸਾ</w:t>
      </w:r>
      <w:proofErr w:type="spellEnd"/>
      <w:r>
        <w:t xml:space="preserve">) </w:t>
      </w:r>
      <w:proofErr w:type="spellStart"/>
      <w:r>
        <w:t>ਪੰਥਕ</w:t>
      </w:r>
      <w:proofErr w:type="spellEnd"/>
      <w:r>
        <w:t xml:space="preserve"> </w:t>
      </w:r>
      <w:proofErr w:type="spellStart"/>
      <w:r>
        <w:t>ਪ੍ਰਕਿਰਿਆਵਾਂ</w:t>
      </w:r>
      <w:proofErr w:type="spellEnd"/>
      <w:r>
        <w:t xml:space="preserve"> </w:t>
      </w:r>
      <w:proofErr w:type="spellStart"/>
      <w:r>
        <w:t>ਰਾਹੀਂ</w:t>
      </w:r>
      <w:proofErr w:type="spellEnd"/>
      <w:r>
        <w:t xml:space="preserve"> </w:t>
      </w:r>
      <w:proofErr w:type="spellStart"/>
      <w:r>
        <w:t>ਹੀ</w:t>
      </w:r>
      <w:proofErr w:type="spellEnd"/>
      <w:r>
        <w:t xml:space="preserve"> </w:t>
      </w:r>
      <w:proofErr w:type="spellStart"/>
      <w:r>
        <w:t>ਸ਼ੁਰੂ</w:t>
      </w:r>
      <w:proofErr w:type="spellEnd"/>
      <w:r>
        <w:t xml:space="preserve"> </w:t>
      </w:r>
      <w:proofErr w:type="spellStart"/>
      <w:r>
        <w:t>ਹੋਵੇ</w:t>
      </w:r>
      <w:proofErr w:type="spellEnd"/>
      <w:r>
        <w:t xml:space="preserve">, </w:t>
      </w:r>
      <w:proofErr w:type="spellStart"/>
      <w:r w:rsidRPr="00FA0EFF">
        <w:rPr>
          <w:rFonts w:cs="Raavi"/>
        </w:rPr>
        <w:t>ਸਰਕਾਰੀ</w:t>
      </w:r>
      <w:proofErr w:type="spellEnd"/>
      <w:r w:rsidRPr="00FA0EFF">
        <w:rPr>
          <w:rFonts w:cs="Raavi"/>
        </w:rPr>
        <w:t xml:space="preserve"> </w:t>
      </w:r>
      <w:proofErr w:type="spellStart"/>
      <w:r w:rsidRPr="00FA0EFF">
        <w:rPr>
          <w:rFonts w:cs="Raavi"/>
        </w:rPr>
        <w:t>ਪਹਿਲਕਦਮੀ</w:t>
      </w:r>
      <w:proofErr w:type="spellEnd"/>
      <w:r w:rsidRPr="00FA0EFF">
        <w:rPr>
          <w:rFonts w:cs="Raavi"/>
        </w:rPr>
        <w:t xml:space="preserve"> </w:t>
      </w:r>
      <w:proofErr w:type="spellStart"/>
      <w:r w:rsidRPr="00FA0EFF">
        <w:rPr>
          <w:rFonts w:cs="Raavi"/>
        </w:rPr>
        <w:t>ਰਾਹੀਂ</w:t>
      </w:r>
      <w:proofErr w:type="spellEnd"/>
      <w:r w:rsidRPr="00FA0EFF">
        <w:rPr>
          <w:rFonts w:cs="Raavi"/>
        </w:rPr>
        <w:t xml:space="preserve"> </w:t>
      </w:r>
      <w:proofErr w:type="spellStart"/>
      <w:r w:rsidRPr="00FA0EFF">
        <w:rPr>
          <w:rFonts w:cs="Raavi"/>
        </w:rPr>
        <w:t>ਨਹੀਂ</w:t>
      </w:r>
      <w:proofErr w:type="spellEnd"/>
      <w:r w:rsidRPr="00FA0EFF">
        <w:rPr>
          <w:rFonts w:cs="Raavi"/>
        </w:rPr>
        <w:t xml:space="preserve">। </w:t>
      </w:r>
      <w:proofErr w:type="spellStart"/>
      <w:r w:rsidRPr="00FA0EFF">
        <w:rPr>
          <w:rFonts w:cs="Raavi"/>
        </w:rPr>
        <w:t>ਇਸ</w:t>
      </w:r>
      <w:proofErr w:type="spellEnd"/>
      <w:r w:rsidRPr="00FA0EFF">
        <w:rPr>
          <w:rFonts w:cs="Raavi"/>
        </w:rPr>
        <w:t xml:space="preserve"> </w:t>
      </w:r>
      <w:proofErr w:type="spellStart"/>
      <w:r w:rsidRPr="00FA0EFF">
        <w:rPr>
          <w:rFonts w:cs="Raavi"/>
        </w:rPr>
        <w:t>ਲਈ</w:t>
      </w:r>
      <w:proofErr w:type="spellEnd"/>
      <w:r w:rsidRPr="00FA0EFF">
        <w:rPr>
          <w:rFonts w:cs="Raavi"/>
        </w:rPr>
        <w:t xml:space="preserve"> </w:t>
      </w:r>
      <w:proofErr w:type="spellStart"/>
      <w:r w:rsidRPr="00FA0EFF">
        <w:rPr>
          <w:rFonts w:cs="Raavi"/>
        </w:rPr>
        <w:t>ਇਹ</w:t>
      </w:r>
      <w:proofErr w:type="spellEnd"/>
      <w:r w:rsidRPr="00FA0EFF">
        <w:rPr>
          <w:rFonts w:cs="Raavi"/>
        </w:rPr>
        <w:t xml:space="preserve"> </w:t>
      </w:r>
      <w:proofErr w:type="spellStart"/>
      <w:r w:rsidRPr="00FA0EFF">
        <w:rPr>
          <w:rFonts w:cs="Raavi"/>
        </w:rPr>
        <w:t>ਯਤਨ</w:t>
      </w:r>
      <w:proofErr w:type="spellEnd"/>
      <w:r w:rsidRPr="00FA0EFF">
        <w:rPr>
          <w:rFonts w:cs="Raavi"/>
        </w:rPr>
        <w:t xml:space="preserve"> </w:t>
      </w:r>
      <w:proofErr w:type="spellStart"/>
      <w:r w:rsidRPr="00FA0EFF">
        <w:rPr>
          <w:rFonts w:cs="Raavi"/>
        </w:rPr>
        <w:t>ਇਸ</w:t>
      </w:r>
      <w:proofErr w:type="spellEnd"/>
      <w:r w:rsidRPr="00FA0EFF">
        <w:rPr>
          <w:rFonts w:cs="Raavi"/>
        </w:rPr>
        <w:t xml:space="preserve"> </w:t>
      </w:r>
      <w:proofErr w:type="spellStart"/>
      <w:r w:rsidRPr="00FA0EFF">
        <w:rPr>
          <w:rFonts w:cs="Raavi"/>
        </w:rPr>
        <w:t>ਸਿਧਾਂਤ</w:t>
      </w:r>
      <w:proofErr w:type="spellEnd"/>
      <w:r w:rsidRPr="00FA0EFF">
        <w:rPr>
          <w:rFonts w:cs="Raavi"/>
        </w:rPr>
        <w:t xml:space="preserve"> </w:t>
      </w:r>
      <w:proofErr w:type="spellStart"/>
      <w:r w:rsidRPr="00FA0EFF">
        <w:rPr>
          <w:rFonts w:cs="Raavi"/>
        </w:rPr>
        <w:t>ਨੂੰ</w:t>
      </w:r>
      <w:proofErr w:type="spellEnd"/>
      <w:r w:rsidRPr="00FA0EFF">
        <w:rPr>
          <w:rFonts w:cs="Raavi"/>
        </w:rPr>
        <w:t xml:space="preserve"> </w:t>
      </w:r>
      <w:proofErr w:type="spellStart"/>
      <w:r>
        <w:t>ਪੱਕਾ</w:t>
      </w:r>
      <w:proofErr w:type="spellEnd"/>
      <w:r>
        <w:t xml:space="preserve"> </w:t>
      </w:r>
      <w:proofErr w:type="spellStart"/>
      <w:r>
        <w:t>ਕਰਨ</w:t>
      </w:r>
      <w:proofErr w:type="spellEnd"/>
      <w:r>
        <w:t xml:space="preserve"> </w:t>
      </w:r>
      <w:proofErr w:type="spellStart"/>
      <w:r>
        <w:t>ਅਤੇ</w:t>
      </w:r>
      <w:proofErr w:type="spellEnd"/>
      <w:r>
        <w:t xml:space="preserve"> </w:t>
      </w:r>
      <w:proofErr w:type="spellStart"/>
      <w:r>
        <w:t>ਸਮਰਥਨ</w:t>
      </w:r>
      <w:proofErr w:type="spellEnd"/>
      <w:r>
        <w:t xml:space="preserve"> </w:t>
      </w:r>
      <w:proofErr w:type="spellStart"/>
      <w:r>
        <w:t>ਦਰਜ</w:t>
      </w:r>
      <w:proofErr w:type="spellEnd"/>
      <w:r>
        <w:t xml:space="preserve"> </w:t>
      </w:r>
      <w:proofErr w:type="spellStart"/>
      <w:r>
        <w:t>ਕਰਨ</w:t>
      </w:r>
      <w:proofErr w:type="spellEnd"/>
      <w:r>
        <w:t xml:space="preserve"> </w:t>
      </w:r>
      <w:proofErr w:type="spellStart"/>
      <w:r>
        <w:t>ਲਈ</w:t>
      </w:r>
      <w:proofErr w:type="spellEnd"/>
      <w:r>
        <w:t xml:space="preserve"> </w:t>
      </w:r>
      <w:proofErr w:type="spellStart"/>
      <w:r>
        <w:t>ਹੈ</w:t>
      </w:r>
      <w:proofErr w:type="spellEnd"/>
      <w:r>
        <w:t xml:space="preserve">, </w:t>
      </w:r>
      <w:proofErr w:type="spellStart"/>
      <w:r>
        <w:t>ਭਾਵੇਂ</w:t>
      </w:r>
      <w:proofErr w:type="spellEnd"/>
      <w:r>
        <w:t xml:space="preserve"> </w:t>
      </w:r>
      <w:proofErr w:type="spellStart"/>
      <w:r>
        <w:t>ਕਿਸੇ</w:t>
      </w:r>
      <w:proofErr w:type="spellEnd"/>
      <w:r>
        <w:t xml:space="preserve"> </w:t>
      </w:r>
      <w:proofErr w:type="spellStart"/>
      <w:r>
        <w:t>ਮੌਜੂਦਾ</w:t>
      </w:r>
      <w:proofErr w:type="spellEnd"/>
      <w:r>
        <w:t xml:space="preserve"> </w:t>
      </w:r>
      <w:proofErr w:type="spellStart"/>
      <w:r>
        <w:t>ਪ੍ਰਸਤਾਵ</w:t>
      </w:r>
      <w:proofErr w:type="spellEnd"/>
      <w:r>
        <w:t xml:space="preserve"> </w:t>
      </w:r>
      <w:proofErr w:type="spellStart"/>
      <w:r>
        <w:t>ਦੀ</w:t>
      </w:r>
      <w:proofErr w:type="spellEnd"/>
      <w:r>
        <w:t xml:space="preserve"> </w:t>
      </w:r>
      <w:proofErr w:type="spellStart"/>
      <w:r>
        <w:t>ਸਥਿਤੀ</w:t>
      </w:r>
      <w:proofErr w:type="spellEnd"/>
      <w:r>
        <w:t xml:space="preserve"> </w:t>
      </w:r>
      <w:proofErr w:type="spellStart"/>
      <w:r>
        <w:t>ਜੋ</w:t>
      </w:r>
      <w:proofErr w:type="spellEnd"/>
      <w:r>
        <w:t xml:space="preserve"> </w:t>
      </w:r>
      <w:proofErr w:type="spellStart"/>
      <w:r>
        <w:t>ਵੀ</w:t>
      </w:r>
      <w:proofErr w:type="spellEnd"/>
      <w:r>
        <w:t xml:space="preserve"> </w:t>
      </w:r>
      <w:proofErr w:type="spellStart"/>
      <w:r>
        <w:t>ਹੋਵੇ</w:t>
      </w:r>
      <w:proofErr w:type="spellEnd"/>
      <w:r>
        <w:t>।</w:t>
      </w:r>
    </w:p>
    <w:p w14:paraId="7859252C" w14:textId="77777777" w:rsidR="0007029E" w:rsidRDefault="0007029E" w:rsidP="0007029E">
      <w:pPr>
        <w:pStyle w:val="Heading1"/>
        <w:rPr>
          <w:kern w:val="36"/>
          <w:szCs w:val="30"/>
          <w:lang w:bidi="pa-IN"/>
          <w14:ligatures w14:val="standardContextual"/>
        </w:rPr>
      </w:pPr>
      <w:r>
        <w:t xml:space="preserve">3. </w:t>
      </w:r>
      <w:r>
        <w:rPr>
          <w:rFonts w:ascii="Raavi" w:hAnsi="Raavi" w:cs="Raavi"/>
          <w:sz w:val="28"/>
          <w:cs/>
        </w:rPr>
        <w:t>ਛਾਪਣ ਲਈ ਤਿਆਰ ਪੱਤਰ ਦਾ ਨਮੂਨਾ</w:t>
      </w:r>
    </w:p>
    <w:p w14:paraId="3906174F" w14:textId="77777777" w:rsidR="00ED163D" w:rsidRDefault="00000000">
      <w:pPr>
        <w:pStyle w:val="Punjabi"/>
        <w:rPr>
          <w:kern w:val="2"/>
          <w:sz w:val="24"/>
          <w:szCs w:val="24"/>
          <w:lang w:bidi="pa-IN"/>
          <w14:ligatures w14:val="standardContextual"/>
        </w:rPr>
      </w:pPr>
      <w:r>
        <w:rPr>
          <w:rFonts w:cs="Raavi"/>
          <w:b/>
          <w:bCs/>
          <w:cs/>
        </w:rPr>
        <w:t>ਵਰਤੋਂ ਬਾਰੇ ਨੋਟ:</w:t>
      </w:r>
      <w:r w:rsidRPr="00264921">
        <w:t xml:space="preserve"> </w:t>
      </w:r>
      <w:r>
        <w:rPr>
          <w:rFonts w:cs="Raavi"/>
          <w:cs/>
        </w:rPr>
        <w:t xml:space="preserve">ਇਹ </w:t>
      </w:r>
      <w:r w:rsidR="00264921" w:rsidRPr="00264921">
        <w:rPr>
          <w:rFonts w:ascii="Raavi" w:hAnsi="Raavi" w:cs="Raavi"/>
          <w:sz w:val="22"/>
          <w:cs/>
          <w:lang w:bidi="pa-IN"/>
        </w:rPr>
        <w:t>ਤਿਆਰ ਕੀਤਾ</w:t>
      </w:r>
      <w:r>
        <w:rPr>
          <w:rFonts w:cs="Raavi"/>
          <w:cs/>
        </w:rPr>
        <w:t xml:space="preserve"> ਪੱਤਰ ਕਿਸੇ ਵੀ ਸੰਸਥਾ</w:t>
      </w:r>
      <w:r>
        <w:t xml:space="preserve">, </w:t>
      </w:r>
      <w:r>
        <w:rPr>
          <w:rFonts w:cs="Raavi"/>
          <w:cs/>
        </w:rPr>
        <w:t>ਗੁਰਦੁਆਰੇ ਜਾਂ ਵਿਅਕਤੀ ਵੱਲੋਂ ਆਪਣੀ ਮਨਜ਼ੂਰੀ ਪ੍ਰਕਿਰਿਆ</w:t>
      </w:r>
      <w:r>
        <w:t xml:space="preserve">, </w:t>
      </w:r>
      <w:r>
        <w:rPr>
          <w:rFonts w:cs="Raavi"/>
          <w:cs/>
        </w:rPr>
        <w:t>ਅਧਿਕਾਰਤ ਪ੍ਰਤਿਨਿਧੀ ਅਤੇ ਸੁਤੰਤਰ ਵਿਚਾਰ ਅਨੁਸਾਰ ਈਮੇਲ ਵਿੱਚ ਵਰਤਿਆ</w:t>
      </w:r>
      <w:r>
        <w:t xml:space="preserve">, </w:t>
      </w:r>
      <w:r>
        <w:rPr>
          <w:rFonts w:cs="Raavi"/>
          <w:cs/>
        </w:rPr>
        <w:t>ਲੈਟਰਹੈੱਡ ’ਤੇ ਛਾਪਿਆ</w:t>
      </w:r>
      <w:r>
        <w:t xml:space="preserve">, </w:t>
      </w:r>
      <w:r>
        <w:rPr>
          <w:rFonts w:cs="Raavi"/>
          <w:cs/>
        </w:rPr>
        <w:t>ਦਸਤਖ਼ਤ ਕਰਕੇ ਸਕੈਨ ਕੀਤਾ</w:t>
      </w:r>
      <w:r>
        <w:t xml:space="preserve">, </w:t>
      </w:r>
      <w:r>
        <w:rPr>
          <w:rFonts w:cs="Raavi"/>
          <w:cs/>
        </w:rPr>
        <w:t>ਭੇਜਿਆ ਜਾਂ ਲੋੜ ਅਨੁਸਾਰ ਸੋਧਿਆ ਜਾ ਸਕਦਾ ਹੈ।</w:t>
      </w:r>
    </w:p>
    <w:p w14:paraId="61C6B4FF" w14:textId="1773FB1F" w:rsidR="00BB544E" w:rsidRDefault="00B87A83">
      <w:pPr>
        <w:pStyle w:val="Punjabi"/>
        <w:rPr>
          <w:rFonts w:cs="Raavi"/>
        </w:rPr>
      </w:pPr>
      <w:r>
        <w:rPr>
          <w:rFonts w:cs="Raavi"/>
          <w:b/>
          <w:bCs/>
          <w:cs/>
        </w:rPr>
        <w:t>ਵਰਤੋਂ ਅਤੇ ਕਾਨੂੰਨੀ ਸਪਸ਼ਟੀਕਰਨ:</w:t>
      </w:r>
      <w:r>
        <w:t xml:space="preserve"> </w:t>
      </w:r>
      <w:r>
        <w:rPr>
          <w:rFonts w:cs="Raavi"/>
          <w:cs/>
        </w:rPr>
        <w:t>ਇਹ ਪੱਤਰ ਸਵੈਇੱਛਕ</w:t>
      </w:r>
      <w:r>
        <w:t xml:space="preserve">, </w:t>
      </w:r>
      <w:r>
        <w:rPr>
          <w:rFonts w:cs="Raavi"/>
          <w:cs/>
        </w:rPr>
        <w:t>ਸ਼ਾਂਤੀਪੂਰਨ</w:t>
      </w:r>
      <w:r>
        <w:t xml:space="preserve">, </w:t>
      </w:r>
      <w:r>
        <w:rPr>
          <w:rFonts w:cs="Raavi"/>
          <w:cs/>
        </w:rPr>
        <w:t>ਗੈਰ-ਵਪਾਰਕ ਅਤੇ ਕੌਮੀ/ਸਮੁਦਾਇਕ ਸੰਚਾਰ ਹੈ। ਇਹ ਕਾਨੂੰਨੀ ਸਲਾਹ ਨਹੀਂ ਹੈ ਅਤੇ ਕਿਸੇ ਦਸਤਖ਼ਤ ਕਰਨ ਵਾਲੇ ਲਈ ਕੋਈ ਕਾਨੂੰਨੀ ਜ਼ਿੰਮੇਵਾਰੀ</w:t>
      </w:r>
      <w:r>
        <w:t xml:space="preserve">, </w:t>
      </w:r>
      <w:r>
        <w:rPr>
          <w:rFonts w:cs="Raavi"/>
          <w:cs/>
        </w:rPr>
        <w:t>ਬੱਝਣ</w:t>
      </w:r>
      <w:r>
        <w:t xml:space="preserve">, </w:t>
      </w:r>
      <w:r>
        <w:rPr>
          <w:rFonts w:cs="Raavi"/>
          <w:cs/>
        </w:rPr>
        <w:t>ਦਾਅਵਾ ਜਾਂ ਵਚਨਬੱਧਤਾ ਪੈਦਾ ਨਹੀਂ ਕਰਦਾ। ਹਰ ਸੰਸਥਾ ਜਾਂ ਵਿਅਕਤੀ ਆਪਣੇ ਤੌਰ ’ਤੇ ਸਮੱਗਰੀ ਦੀ ਸਮੀਖਿਆ</w:t>
      </w:r>
      <w:r>
        <w:t xml:space="preserve">, </w:t>
      </w:r>
      <w:r>
        <w:rPr>
          <w:rFonts w:cs="Raavi"/>
          <w:cs/>
        </w:rPr>
        <w:t>ਮਨਜ਼ੂਰੀ</w:t>
      </w:r>
      <w:r>
        <w:t xml:space="preserve">, </w:t>
      </w:r>
      <w:r>
        <w:rPr>
          <w:rFonts w:cs="Raavi"/>
          <w:cs/>
        </w:rPr>
        <w:t>ਸੋਧ</w:t>
      </w:r>
      <w:r>
        <w:t xml:space="preserve">, </w:t>
      </w:r>
      <w:r>
        <w:rPr>
          <w:rFonts w:cs="Raavi"/>
          <w:cs/>
        </w:rPr>
        <w:t>ਦਸਤਖ਼ਤ</w:t>
      </w:r>
      <w:r>
        <w:t xml:space="preserve">, </w:t>
      </w:r>
      <w:r>
        <w:rPr>
          <w:rFonts w:cs="Raavi"/>
          <w:cs/>
        </w:rPr>
        <w:t>ਭੇਜਣ ਜਾਂ ਪ੍ਰਕਾਸ਼ਨ ਬਾਰੇ ਫ਼ੈਸਲਾ ਕਰਨ ਲਈ ਜ਼ਿੰਮੇਵਾਰ ਰਹੇਗਾ।</w:t>
      </w:r>
    </w:p>
    <w:p w14:paraId="2FE01E43" w14:textId="77777777" w:rsidR="00BB544E" w:rsidRDefault="00BB544E" w:rsidP="00BB544E">
      <w:pPr>
        <w:pStyle w:val="Punjabi"/>
        <w:rPr>
          <w:kern w:val="2"/>
          <w:sz w:val="24"/>
          <w:szCs w:val="24"/>
          <w:lang w:bidi="pa-IN"/>
          <w14:ligatures w14:val="standardContextual"/>
        </w:rPr>
      </w:pPr>
      <w:r>
        <w:rPr>
          <w:rFonts w:cs="Raavi"/>
          <w:b/>
          <w:bCs/>
          <w:cs/>
        </w:rPr>
        <w:t>ਪਹਿਲਕਦਮੀ ਨੂੰ ਵਿਕਲਪਿਕ ਕਾਪੀ ਜਾਂ ਆਗਿਆ:</w:t>
      </w:r>
      <w:r>
        <w:t xml:space="preserve"> </w:t>
      </w:r>
      <w:r>
        <w:rPr>
          <w:rFonts w:cs="Raavi"/>
          <w:cs/>
        </w:rPr>
        <w:t>ਜੇ ਤੁਹਾਡੀ ਸੰਸਥਾ ਮਹਾਰਾਸ਼ਟਰ ਸਰਕਾਰ ਨੂੰ ਆਪਣਾ ਵੱਖਰਾ ਪੱਤਰ ਭੇਜਦੀ ਹੈ</w:t>
      </w:r>
      <w:r>
        <w:t xml:space="preserve">, </w:t>
      </w:r>
      <w:r>
        <w:rPr>
          <w:rFonts w:cs="Raavi"/>
          <w:cs/>
        </w:rPr>
        <w:t>ਤਾਂ ਰਿਕਾਰਡ ਅਤੇ ਅਗਲੇ ਸੰਪਰਕ ਲਈ ਉਸ ਦੀ ਕਾਪੀ ਸਮਰਪਿਤ ਪਹਿਲਕਦਮੀ ਈਮੇਲ ’ਤੇ ਵੀ ਭੇਜ ਸਕਦੀ ਹੈ। ਜੇ ਤੁਹਾਡੀ ਸੰਸਥਾ ਪਹਿਲਕਦਮੀ ਨੂੰ ਇਹ ਆਗਿਆ ਦੇਣਾ ਚਾਹੁੰਦੀ ਹੈ ਕਿ ਉਹ ਆਪਣੇ ਵਿਵੇਕ ਅਨੁਸਾਰ ਤੁਹਾਡੇ ਦਸਤਖ਼ਤ ਕੀਤੇ ਸਮਰਥਨ ਪੱਤਰ</w:t>
      </w:r>
      <w:r>
        <w:t xml:space="preserve">, </w:t>
      </w:r>
      <w:r>
        <w:rPr>
          <w:rFonts w:cs="Raavi"/>
          <w:cs/>
        </w:rPr>
        <w:t xml:space="preserve">ਬਿਆਨ ਜਾਂ ਭਰੇ ਅਤੇ ਦਸਤਖ਼ਤ ਕੀਤੇ ਫਾਰਮ ਨੂੰ ਮਹਾਰਾਸ਼ਟਰ ਸਰਕਾਰ ਨੂੰ ਕੀਤੀ ਜਾਣ ਵਾਲੀ ਕਿਸੇ ਸਾਂਝੀ </w:t>
      </w:r>
      <w:r w:rsidRPr="0076732D">
        <w:rPr>
          <w:rFonts w:cs="Raavi"/>
          <w:cs/>
        </w:rPr>
        <w:t>ਬੇਨਤੀ</w:t>
      </w:r>
      <w:r>
        <w:rPr>
          <w:rFonts w:cs="Raavi"/>
          <w:cs/>
        </w:rPr>
        <w:t xml:space="preserve"> ਜਾਂ ਸੰਬੰਧਿਤ ਸੰਚਾਰ ਨਾਲ ਸ਼ਾਮਲ ਕਰਨ ਜਾਂ ਅੱਗੇ ਭੇਜਣ ਲਈ ਵਾਜਬ ਯਤਨ ਕਰ ਸਕੇ</w:t>
      </w:r>
      <w:r>
        <w:t xml:space="preserve">, </w:t>
      </w:r>
      <w:r>
        <w:rPr>
          <w:rFonts w:cs="Raavi"/>
          <w:cs/>
        </w:rPr>
        <w:t>ਤਾਂ ਹੇਠਾਂ ਦਿੱਤੇ ਫਾਰਮ ਵਿੱਚ ਸੰਬੰਧਿਤ ਖਾਨਾ ਚੁਣ ਕੇ ਦਸਤਖ਼ਤ ਕੀਤਾ ਦਸਤਾਵੇਜ਼ ਸਮਰਪਿਤ ਪਹਿਲਕਦਮੀ ਈਮੇਲ ’ਤੇ ਭੇਜੋ। ਕਿਸੇ ਵੀ ਸਰਕਾਰੀ ਦਫ਼ਤਰ ਵੱਲੋਂ ਸ਼ਾਮਲ ਕੀਤੇ ਜਾਣ</w:t>
      </w:r>
      <w:r>
        <w:t xml:space="preserve">, </w:t>
      </w:r>
      <w:r>
        <w:rPr>
          <w:rFonts w:cs="Raavi"/>
          <w:cs/>
        </w:rPr>
        <w:t>ਅੱਗੇ ਭੇਜੇ ਜਾਣ</w:t>
      </w:r>
      <w:r>
        <w:t xml:space="preserve">, </w:t>
      </w:r>
      <w:r>
        <w:rPr>
          <w:rFonts w:cs="Raavi"/>
          <w:cs/>
        </w:rPr>
        <w:t>ਪਹੁੰਚ</w:t>
      </w:r>
      <w:r>
        <w:t xml:space="preserve">, </w:t>
      </w:r>
      <w:r>
        <w:rPr>
          <w:rFonts w:cs="Raavi"/>
          <w:cs/>
        </w:rPr>
        <w:t>ਸਮਾਂ</w:t>
      </w:r>
      <w:r>
        <w:t xml:space="preserve">, </w:t>
      </w:r>
      <w:r>
        <w:rPr>
          <w:rFonts w:cs="Raavi"/>
          <w:cs/>
        </w:rPr>
        <w:t>ਪ੍ਰਾਪਤੀ ਦੀ ਪੁਸ਼ਟੀ ਜਾਂ ਸਵੀਕ੍ਰਿਤੀ ਦੀ ਕੋਈ ਗਾਰੰਟੀ ਨਹੀਂ ਦਿੱਤੀ ਜਾ ਸਕਦੀ ਅਤੇ ਇਹ ਵਿਹਾਰਕ</w:t>
      </w:r>
      <w:r>
        <w:t xml:space="preserve">, </w:t>
      </w:r>
      <w:r>
        <w:rPr>
          <w:rFonts w:cs="Raavi"/>
          <w:cs/>
        </w:rPr>
        <w:t>ਪ੍ਰਸ਼ਾਸਕੀ</w:t>
      </w:r>
      <w:r>
        <w:t xml:space="preserve">, </w:t>
      </w:r>
      <w:r>
        <w:rPr>
          <w:rFonts w:cs="Raavi"/>
          <w:cs/>
        </w:rPr>
        <w:t>ਤਕਨੀਕੀ ਜਾਂ ਹੋਰ ਹਾਲਾਤਾਂ ’ਤੇ ਨਿਰਭਰ ਹੋ ਸਕਦਾ ਹੈ।</w:t>
      </w:r>
    </w:p>
    <w:p w14:paraId="43F5D066" w14:textId="77777777" w:rsidR="00BB544E" w:rsidRDefault="00BB544E" w:rsidP="00BB544E">
      <w:pPr>
        <w:pStyle w:val="Punjabi"/>
      </w:pPr>
      <w:r>
        <w:rPr>
          <w:rFonts w:cs="Raavi"/>
          <w:cs/>
        </w:rPr>
        <w:t>ਸਮਰਪਿਤ ਪਹਿਲਕਦਮੀ ਈਮੇਲ:</w:t>
      </w:r>
      <w:r>
        <w:t xml:space="preserve"> </w:t>
      </w:r>
      <w:r>
        <w:rPr>
          <w:b/>
          <w:bCs/>
        </w:rPr>
        <w:t>hazursahibproject@proton.me</w:t>
      </w:r>
      <w:r>
        <w:t xml:space="preserve"> </w:t>
      </w:r>
    </w:p>
    <w:p w14:paraId="4848ADA6" w14:textId="77777777" w:rsidR="00BB544E" w:rsidRDefault="00BB544E" w:rsidP="00BB544E">
      <w:pPr>
        <w:pStyle w:val="Punjabi"/>
        <w:rPr>
          <w:b/>
          <w:bCs/>
        </w:rPr>
      </w:pPr>
      <w:r>
        <w:rPr>
          <w:rFonts w:cs="Raavi"/>
          <w:cs/>
        </w:rPr>
        <w:t>ਵੈੱਬਸਾਈਟ:</w:t>
      </w:r>
      <w:r>
        <w:t xml:space="preserve"> </w:t>
      </w:r>
      <w:r>
        <w:rPr>
          <w:b/>
          <w:bCs/>
        </w:rPr>
        <w:t>hazursahibproject.org</w:t>
      </w:r>
    </w:p>
    <w:p w14:paraId="622D6941" w14:textId="77777777" w:rsidR="004A216C" w:rsidRDefault="004A216C" w:rsidP="00BB544E">
      <w:pPr>
        <w:pStyle w:val="Punjabi"/>
        <w:rPr>
          <w:b/>
          <w:bCs/>
        </w:rPr>
      </w:pPr>
    </w:p>
    <w:p w14:paraId="41A9EBA3" w14:textId="77777777" w:rsidR="004A216C" w:rsidRDefault="004A216C" w:rsidP="00BB544E">
      <w:pPr>
        <w:pStyle w:val="Punjabi"/>
        <w:rPr>
          <w:b/>
          <w:bCs/>
        </w:rPr>
      </w:pPr>
    </w:p>
    <w:p w14:paraId="575F8080" w14:textId="77777777" w:rsidR="004A216C" w:rsidRDefault="004A216C" w:rsidP="00BB544E">
      <w:pPr>
        <w:pStyle w:val="Punjabi"/>
        <w:rPr>
          <w:b/>
          <w:bCs/>
        </w:rPr>
      </w:pPr>
    </w:p>
    <w:p w14:paraId="52D85E3C" w14:textId="77777777" w:rsidR="004A216C" w:rsidRDefault="004A216C" w:rsidP="00BB544E">
      <w:pPr>
        <w:pStyle w:val="Punjabi"/>
        <w:rPr>
          <w:b/>
          <w:bCs/>
        </w:rPr>
      </w:pPr>
    </w:p>
    <w:p w14:paraId="1A1E1536" w14:textId="77777777" w:rsidR="004A216C" w:rsidRDefault="004A216C" w:rsidP="00BB544E">
      <w:pPr>
        <w:pStyle w:val="Punjabi"/>
        <w:rPr>
          <w:kern w:val="2"/>
          <w:sz w:val="24"/>
          <w:szCs w:val="24"/>
          <w:lang w:bidi="pa-IN"/>
          <w14:ligatures w14:val="standardContextual"/>
        </w:rPr>
      </w:pPr>
    </w:p>
    <w:p w14:paraId="56A26A98" w14:textId="77777777" w:rsidR="00BB544E" w:rsidRDefault="00BB544E">
      <w:pPr>
        <w:pStyle w:val="Punjabi"/>
        <w:rPr>
          <w:rFonts w:cs="Raavi"/>
        </w:rPr>
      </w:pPr>
    </w:p>
    <w:p w14:paraId="4ABF8475" w14:textId="77777777" w:rsidR="00D84462" w:rsidRDefault="00D84462">
      <w:pPr>
        <w:pStyle w:val="Punjabi"/>
        <w:rPr>
          <w:rFonts w:cs="Raavi"/>
        </w:rPr>
      </w:pPr>
    </w:p>
    <w:p w14:paraId="6A2D42E6" w14:textId="77777777" w:rsidR="004A216C" w:rsidRDefault="004A216C">
      <w:pPr>
        <w:pStyle w:val="Punjabi"/>
        <w:rPr>
          <w:rFonts w:cs="Raavi"/>
        </w:rPr>
      </w:pPr>
    </w:p>
    <w:p w14:paraId="07168D8C" w14:textId="77777777" w:rsidR="004A216C" w:rsidRDefault="004A216C">
      <w:pPr>
        <w:pStyle w:val="Punjabi"/>
        <w:rPr>
          <w:rFonts w:cs="Raavi"/>
        </w:rPr>
      </w:pPr>
    </w:p>
    <w:p w14:paraId="60DAB5B2" w14:textId="77777777" w:rsidR="004A216C" w:rsidRDefault="004A216C">
      <w:pPr>
        <w:pStyle w:val="Punjabi"/>
        <w:rPr>
          <w:rFonts w:cs="Raavi"/>
        </w:rPr>
      </w:pPr>
    </w:p>
    <w:p w14:paraId="2B72958F" w14:textId="77777777" w:rsidR="00D84462" w:rsidRDefault="00D84462">
      <w:pPr>
        <w:pStyle w:val="Punjabi"/>
        <w:rPr>
          <w:rFonts w:cs="Raavi"/>
        </w:rPr>
      </w:pPr>
    </w:p>
    <w:p w14:paraId="6B88B16B" w14:textId="77777777" w:rsidR="00D84462" w:rsidRDefault="00D84462">
      <w:pPr>
        <w:pStyle w:val="Punjabi"/>
        <w:rPr>
          <w:rFonts w:cs="Raavi"/>
        </w:rPr>
      </w:pPr>
    </w:p>
    <w:p w14:paraId="43ED7D0F" w14:textId="77777777" w:rsidR="00D84462" w:rsidRDefault="00D84462">
      <w:pPr>
        <w:pStyle w:val="Punjabi"/>
        <w:rPr>
          <w:rFonts w:cs="Raavi"/>
        </w:rPr>
      </w:pPr>
    </w:p>
    <w:p w14:paraId="1BEA5878" w14:textId="77777777" w:rsidR="00D84462" w:rsidRDefault="00D84462">
      <w:pPr>
        <w:pStyle w:val="Punjabi"/>
        <w:rPr>
          <w:rFonts w:cs="Raavi"/>
        </w:rPr>
      </w:pPr>
    </w:p>
    <w:tbl>
      <w:tblPr>
        <w:tblStyle w:val="GridTable4-Accent1"/>
        <w:tblW w:w="5000" w:type="pct"/>
        <w:tblLook w:val="04A0" w:firstRow="1" w:lastRow="0" w:firstColumn="1" w:lastColumn="0" w:noHBand="0" w:noVBand="1"/>
      </w:tblPr>
      <w:tblGrid>
        <w:gridCol w:w="1568"/>
        <w:gridCol w:w="8728"/>
      </w:tblGrid>
      <w:tr w:rsidR="00B87A83" w14:paraId="24B5DF3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0AA476" w14:textId="77777777" w:rsidR="00B87A83" w:rsidRDefault="00B87A83">
            <w:pPr>
              <w:pStyle w:val="Punjabi"/>
              <w:rPr>
                <w:sz w:val="24"/>
                <w:lang w:bidi="pa-IN"/>
              </w:rPr>
            </w:pPr>
            <w:r>
              <w:rPr>
                <w:rFonts w:cs="Raavi"/>
                <w:cs/>
              </w:rPr>
              <w:t>ਈਮੇਲ ਭੇਜਣ ਲਈ</w:t>
            </w:r>
          </w:p>
        </w:tc>
        <w:tc>
          <w:tcPr>
            <w:tcW w:w="0" w:type="auto"/>
            <w:hideMark/>
          </w:tcPr>
          <w:p w14:paraId="3B541BA8" w14:textId="77777777" w:rsidR="00B87A83" w:rsidRDefault="00B87A83">
            <w:pPr>
              <w:cnfStyle w:val="100000000000" w:firstRow="1" w:lastRow="0" w:firstColumn="0" w:lastColumn="0" w:oddVBand="0" w:evenVBand="0" w:oddHBand="0" w:evenHBand="0" w:firstRowFirstColumn="0" w:firstRowLastColumn="0" w:lastRowFirstColumn="0" w:lastRowLastColumn="0"/>
            </w:pPr>
            <w:r>
              <w:t>cm@maharashtra.gov.in</w:t>
            </w:r>
          </w:p>
        </w:tc>
      </w:tr>
      <w:tr w:rsidR="00B87A83" w14:paraId="73E0CA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1ED84" w14:textId="77777777" w:rsidR="00B87A83" w:rsidRDefault="00B87A83">
            <w:pPr>
              <w:pStyle w:val="Punjabi"/>
            </w:pPr>
            <w:r>
              <w:rPr>
                <w:rFonts w:cs="Raavi"/>
                <w:cs/>
              </w:rPr>
              <w:t>ਕਾਪੀ</w:t>
            </w:r>
          </w:p>
        </w:tc>
        <w:tc>
          <w:tcPr>
            <w:tcW w:w="0" w:type="auto"/>
            <w:hideMark/>
          </w:tcPr>
          <w:p w14:paraId="2C41D04C" w14:textId="77777777" w:rsidR="00B87A83" w:rsidRDefault="00B87A83">
            <w:pPr>
              <w:cnfStyle w:val="000000100000" w:firstRow="0" w:lastRow="0" w:firstColumn="0" w:lastColumn="0" w:oddVBand="0" w:evenVBand="0" w:oddHBand="1" w:evenHBand="0" w:firstRowFirstColumn="0" w:firstRowLastColumn="0" w:lastRowFirstColumn="0" w:lastRowLastColumn="0"/>
            </w:pPr>
            <w:r>
              <w:t>desk1.mdd-mh@gov.in; psec.rla@maharashtra.gov.in</w:t>
            </w:r>
          </w:p>
        </w:tc>
      </w:tr>
      <w:tr w:rsidR="00B87A83" w14:paraId="6FF54E79"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11C38BA0" w14:textId="77777777" w:rsidR="00B87A83" w:rsidRDefault="00B87A83">
            <w:pPr>
              <w:pStyle w:val="Punjabi"/>
            </w:pPr>
            <w:r>
              <w:rPr>
                <w:rFonts w:cs="Raavi"/>
                <w:cs/>
              </w:rPr>
              <w:t>ਵਿਸ਼ਾ</w:t>
            </w:r>
          </w:p>
        </w:tc>
        <w:tc>
          <w:tcPr>
            <w:tcW w:w="0" w:type="auto"/>
            <w:hideMark/>
          </w:tcPr>
          <w:p w14:paraId="15D037B1" w14:textId="0D515DDD" w:rsidR="00B87A83" w:rsidRPr="005F0095" w:rsidRDefault="00000000" w:rsidP="005F0095">
            <w:pPr>
              <w:pStyle w:val="Punjabi"/>
              <w:cnfStyle w:val="000000000000" w:firstRow="0" w:lastRow="0" w:firstColumn="0" w:lastColumn="0" w:oddVBand="0" w:evenVBand="0" w:oddHBand="0" w:evenHBand="0" w:firstRowFirstColumn="0" w:firstRowLastColumn="0" w:lastRowFirstColumn="0" w:lastRowLastColumn="0"/>
              <w:rPr>
                <w:sz w:val="24"/>
                <w:lang w:bidi="pa-IN"/>
              </w:rPr>
            </w:pPr>
            <w:r>
              <w:rPr>
                <w:rFonts w:cs="Raavi"/>
                <w:cs/>
              </w:rPr>
              <w:t>ਤਖ਼ਤ ਸੱਚਖੰਡ ਸ੍ਰੀ ਹਜ਼ੂਰ ਅਬਚਲਨਗਰ ਸਾਹਿਬ</w:t>
            </w:r>
            <w:r w:rsidRPr="005F0095">
              <w:rPr>
                <w:szCs w:val="21"/>
              </w:rPr>
              <w:t xml:space="preserve">, </w:t>
            </w:r>
            <w:r>
              <w:rPr>
                <w:rFonts w:cs="Raavi"/>
                <w:cs/>
              </w:rPr>
              <w:t>ਨਾਂਦੇੜ ਦੀ ਪੰਥਕ ਖ਼ੁਦਮੁਖ਼ਤਿਆਰੀ ਅਤੇ ਪ੍ਰਬੰਧਕੀ ਅਧਿਕਾਰਤਾ ਸੰਬੰਧੀ ਪੱਤਰ</w:t>
            </w:r>
          </w:p>
        </w:tc>
      </w:tr>
      <w:tr w:rsidR="00B87A83" w14:paraId="567A10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D07B9B" w14:textId="77777777" w:rsidR="00B87A83" w:rsidRDefault="00B87A83">
            <w:pPr>
              <w:pStyle w:val="Punjabi"/>
            </w:pPr>
            <w:r>
              <w:rPr>
                <w:rFonts w:cs="Raavi"/>
                <w:cs/>
              </w:rPr>
              <w:t>ਤਾਰੀਖ਼</w:t>
            </w:r>
          </w:p>
        </w:tc>
        <w:tc>
          <w:tcPr>
            <w:tcW w:w="0" w:type="auto"/>
            <w:hideMark/>
          </w:tcPr>
          <w:p w14:paraId="4922C8B1" w14:textId="77777777" w:rsidR="00B87A83" w:rsidRDefault="00B87A83">
            <w:pPr>
              <w:cnfStyle w:val="000000100000" w:firstRow="0" w:lastRow="0" w:firstColumn="0" w:lastColumn="0" w:oddVBand="0" w:evenVBand="0" w:oddHBand="1" w:evenHBand="0" w:firstRowFirstColumn="0" w:firstRowLastColumn="0" w:lastRowFirstColumn="0" w:lastRowLastColumn="0"/>
            </w:pPr>
            <w:r>
              <w:t>________________________</w:t>
            </w:r>
          </w:p>
        </w:tc>
      </w:tr>
    </w:tbl>
    <w:p w14:paraId="68BD6263" w14:textId="77777777" w:rsidR="00B87A83" w:rsidRDefault="00B87A83">
      <w:pPr>
        <w:rPr>
          <w:kern w:val="2"/>
          <w:szCs w:val="21"/>
          <w:lang w:bidi="pa-IN"/>
          <w14:ligatures w14:val="standardContextual"/>
        </w:rPr>
      </w:pPr>
    </w:p>
    <w:p w14:paraId="5322360A" w14:textId="77777777" w:rsidR="00ED163D" w:rsidRDefault="00000000">
      <w:pPr>
        <w:pStyle w:val="Punjabi"/>
        <w:rPr>
          <w:kern w:val="2"/>
          <w:sz w:val="24"/>
          <w:szCs w:val="24"/>
          <w:lang w:bidi="pa-IN"/>
          <w14:ligatures w14:val="standardContextual"/>
        </w:rPr>
      </w:pPr>
      <w:r>
        <w:rPr>
          <w:rFonts w:cs="Raavi"/>
          <w:b/>
          <w:bCs/>
          <w:cs/>
        </w:rPr>
        <w:t xml:space="preserve">ਮਾਣਯੋਗ </w:t>
      </w:r>
      <w:r w:rsidR="008730B7" w:rsidRPr="008730B7">
        <w:rPr>
          <w:rFonts w:ascii="Raavi" w:hAnsi="Raavi" w:cs="Raavi"/>
          <w:b/>
          <w:bCs/>
          <w:sz w:val="22"/>
          <w:cs/>
          <w:lang w:bidi="pa-IN"/>
        </w:rPr>
        <w:t>ਜੀ</w:t>
      </w:r>
      <w:r w:rsidRPr="008730B7">
        <w:rPr>
          <w:rFonts w:ascii="Raavi" w:hAnsi="Raavi" w:cs="Raavi"/>
          <w:b/>
          <w:bCs/>
          <w:sz w:val="22"/>
        </w:rPr>
        <w:t>,</w:t>
      </w:r>
    </w:p>
    <w:p w14:paraId="2652C584" w14:textId="77777777" w:rsidR="004A216C" w:rsidRDefault="004A216C">
      <w:pPr>
        <w:pStyle w:val="Punjabi"/>
        <w:spacing w:line="210" w:lineRule="atLeast"/>
        <w:rPr>
          <w:kern w:val="2"/>
          <w:sz w:val="24"/>
          <w:szCs w:val="24"/>
          <w:lang w:bidi="pa-IN"/>
          <w14:ligatures w14:val="standardContextual"/>
        </w:rPr>
      </w:pPr>
      <w:r>
        <w:rPr>
          <w:rFonts w:ascii="Raavi" w:hAnsi="Raavi" w:cs="Raavi"/>
          <w:sz w:val="22"/>
          <w:cs/>
        </w:rPr>
        <w:t>ਦਸਤਖ਼ਤ ਕਰਨ ਵਾਲਾ/ਵਾਲੀ</w:t>
      </w:r>
      <w:r>
        <w:rPr>
          <w:rFonts w:ascii="Raavi" w:hAnsi="Raavi" w:cs="Raavi"/>
          <w:sz w:val="22"/>
        </w:rPr>
        <w:t xml:space="preserve"> </w:t>
      </w:r>
      <w:r>
        <w:rPr>
          <w:rFonts w:ascii="Raavi" w:hAnsi="Raavi" w:cs="Raavi"/>
          <w:sz w:val="22"/>
          <w:cs/>
          <w:lang w:bidi="pa-IN"/>
        </w:rPr>
        <w:t>ਆਦਰ ਸਹਿਤ ਤਖ਼ਤ ਸੱਚਖੰਡ ਸ੍ਰੀ ਹਜ਼ੂਰ ਅਬਚਲਨਗਰ ਸਾਹਿਬ</w:t>
      </w:r>
      <w:r>
        <w:t xml:space="preserve">, </w:t>
      </w:r>
      <w:r>
        <w:rPr>
          <w:rFonts w:ascii="Raavi" w:hAnsi="Raavi" w:cs="Raavi"/>
          <w:sz w:val="22"/>
          <w:cs/>
          <w:lang w:bidi="pa-IN"/>
        </w:rPr>
        <w:t>ਨਾਂਦੇੜ ਬਾਰੇ ਇਹ</w:t>
      </w:r>
      <w:r>
        <w:rPr>
          <w:rFonts w:ascii="Raavi" w:hAnsi="Raavi" w:cs="Raavi"/>
          <w:sz w:val="22"/>
        </w:rPr>
        <w:t xml:space="preserve"> </w:t>
      </w:r>
      <w:r>
        <w:rPr>
          <w:rFonts w:ascii="Raavi" w:hAnsi="Raavi" w:cs="Raavi"/>
          <w:sz w:val="22"/>
          <w:cs/>
        </w:rPr>
        <w:t>ਪੱਤਰ ਪੇਸ਼ ਕਰਦਾ/ਕਰਦੀ ਹੈ।</w:t>
      </w:r>
      <w:r>
        <w:rPr>
          <w:rFonts w:ascii="Raavi" w:hAnsi="Raavi" w:cs="Raavi"/>
          <w:sz w:val="22"/>
        </w:rPr>
        <w:t xml:space="preserve"> </w:t>
      </w:r>
      <w:r>
        <w:rPr>
          <w:rFonts w:ascii="Raavi" w:hAnsi="Raavi" w:cs="Raavi"/>
          <w:sz w:val="22"/>
          <w:cs/>
          <w:lang w:bidi="pa-IN"/>
        </w:rPr>
        <w:t>ਤਖ਼ਤ ਸ੍ਰੀ ਹਜ਼ੂਰ ਸਾਹਿਬ ਸਿੱਖ (ਖ਼ਾਲਸਾ) ਪੰਥ ਦੇ ਪੰਜ ਤਖ਼ਤ ਸਾਹਿਬਾਨ ਵਿੱਚੋਂ ਇੱਕ ਹੈ ਅਤੇ ਸਿੱਖ ਧਰਮ</w:t>
      </w:r>
      <w:r>
        <w:t xml:space="preserve">, </w:t>
      </w:r>
      <w:r>
        <w:rPr>
          <w:rFonts w:ascii="Raavi" w:hAnsi="Raavi" w:cs="Raavi"/>
          <w:sz w:val="22"/>
          <w:cs/>
          <w:lang w:bidi="pa-IN"/>
        </w:rPr>
        <w:t>ਇਤਿਹਾਸ</w:t>
      </w:r>
      <w:r>
        <w:t xml:space="preserve">, </w:t>
      </w:r>
      <w:r>
        <w:rPr>
          <w:rFonts w:ascii="Raavi" w:hAnsi="Raavi" w:cs="Raavi"/>
          <w:sz w:val="22"/>
          <w:cs/>
          <w:lang w:bidi="pa-IN"/>
        </w:rPr>
        <w:t>ਮਰਯਾਦਾ ਅਤੇ ਪੰਥਕ ਜ਼ਿੰਮੇਵਾਰੀ ਵਿੱਚ ਇਸ ਦਾ ਅਤਿ ਉੱਚਾ ਅਤੇ ਪਵਿੱਤਰ ਸਥਾਨ ਹੈ। ਸਪੱਸ਼ਟਤਾ ਲਈ</w:t>
      </w:r>
      <w:r>
        <w:t xml:space="preserve">, </w:t>
      </w:r>
      <w:r>
        <w:rPr>
          <w:rFonts w:ascii="Raavi" w:hAnsi="Raavi" w:cs="Raavi"/>
          <w:sz w:val="22"/>
          <w:cs/>
          <w:lang w:bidi="pa-IN"/>
        </w:rPr>
        <w:t>ਇਹ</w:t>
      </w:r>
      <w:r>
        <w:rPr>
          <w:rFonts w:ascii="Raavi" w:hAnsi="Raavi" w:cs="Raavi"/>
          <w:sz w:val="22"/>
        </w:rPr>
        <w:t xml:space="preserve"> </w:t>
      </w:r>
      <w:r>
        <w:rPr>
          <w:rFonts w:ascii="Raavi" w:hAnsi="Raavi" w:cs="Raavi"/>
          <w:sz w:val="22"/>
          <w:cs/>
        </w:rPr>
        <w:t>ਪੱਤਰ</w:t>
      </w:r>
      <w:r>
        <w:rPr>
          <w:rFonts w:ascii="Raavi" w:hAnsi="Raavi" w:cs="Raavi"/>
          <w:sz w:val="22"/>
        </w:rPr>
        <w:t xml:space="preserve"> </w:t>
      </w:r>
      <w:r>
        <w:rPr>
          <w:rFonts w:ascii="Raavi" w:hAnsi="Raavi" w:cs="Raavi"/>
          <w:sz w:val="22"/>
          <w:cs/>
          <w:lang w:bidi="pa-IN"/>
        </w:rPr>
        <w:t>ਨਾਂਦੇੜ ਸਿੱਖ ਗੁਰਦੁਆਰਾ ਸੱਚਖੰਡ ਸ੍ਰੀ ਹਜ਼ੂਰ ਅਪਚਲਨਗਰ ਸਾਹਿਬ ਐਕਟ</w:t>
      </w:r>
      <w:r>
        <w:t xml:space="preserve">, 1956 (Hyd. Act No. XXXVII of 1956) </w:t>
      </w:r>
      <w:r>
        <w:rPr>
          <w:rFonts w:ascii="Raavi" w:hAnsi="Raavi" w:cs="Raavi"/>
          <w:sz w:val="22"/>
          <w:cs/>
          <w:lang w:bidi="pa-IN"/>
        </w:rPr>
        <w:t>ਨਾਲ ਸੰਬੰਧਿਤ ਹੈ।</w:t>
      </w:r>
    </w:p>
    <w:p w14:paraId="1F34ED71" w14:textId="77777777" w:rsidR="004A216C" w:rsidRDefault="004A216C">
      <w:pPr>
        <w:pStyle w:val="Punjabi"/>
        <w:spacing w:line="210" w:lineRule="atLeast"/>
        <w:rPr>
          <w:kern w:val="2"/>
          <w:sz w:val="24"/>
          <w:szCs w:val="24"/>
          <w:lang w:bidi="pa-IN"/>
          <w14:ligatures w14:val="standardContextual"/>
        </w:rPr>
      </w:pPr>
      <w:r>
        <w:rPr>
          <w:rFonts w:ascii="Raavi" w:hAnsi="Raavi" w:cs="Raavi"/>
          <w:sz w:val="22"/>
          <w:cs/>
          <w:lang w:bidi="pa-IN"/>
        </w:rPr>
        <w:t>ਇਹ ਬੇਨਤੀ ਸ਼ਾਂਤੀਪੂਰਨ</w:t>
      </w:r>
      <w:r>
        <w:t xml:space="preserve">, </w:t>
      </w:r>
      <w:r>
        <w:rPr>
          <w:rFonts w:ascii="Raavi" w:hAnsi="Raavi" w:cs="Raavi"/>
          <w:sz w:val="22"/>
          <w:cs/>
          <w:lang w:bidi="pa-IN"/>
        </w:rPr>
        <w:t>ਕਾਨੂੰਨੀ</w:t>
      </w:r>
      <w:r>
        <w:t xml:space="preserve">, </w:t>
      </w:r>
      <w:r>
        <w:rPr>
          <w:rFonts w:ascii="Raavi" w:hAnsi="Raavi" w:cs="Raavi"/>
          <w:sz w:val="22"/>
          <w:cs/>
          <w:lang w:bidi="pa-IN"/>
        </w:rPr>
        <w:t>ਆਦਰਪੂਰਵਕ ਅਤੇ ਰਚਨਾਤਮਕ ਭਾਵਨਾ ਨਾਲ ਕੀਤੀ ਜਾ ਰਹੀ ਹੈ। ਇਹ ਮਾਮਲਾ ਕੇਵਲ ਕਿਸੇ ਇਕ ਪ੍ਰਸ਼ਾਸਕੀ ਪ੍ਰਬੰਧ</w:t>
      </w:r>
      <w:r>
        <w:t xml:space="preserve">, </w:t>
      </w:r>
      <w:r>
        <w:rPr>
          <w:rFonts w:ascii="Raavi" w:hAnsi="Raavi" w:cs="Raavi"/>
          <w:sz w:val="22"/>
          <w:cs/>
          <w:lang w:bidi="pa-IN"/>
        </w:rPr>
        <w:t>ਨਿਯੁਕਤੀ</w:t>
      </w:r>
      <w:r>
        <w:t xml:space="preserve">, </w:t>
      </w:r>
      <w:r>
        <w:rPr>
          <w:rFonts w:ascii="Raavi" w:hAnsi="Raavi" w:cs="Raavi"/>
          <w:sz w:val="22"/>
          <w:cs/>
          <w:lang w:bidi="pa-IN"/>
        </w:rPr>
        <w:t>ਚੋਣੀ ਢਾਂਚੇ</w:t>
      </w:r>
      <w:r>
        <w:t xml:space="preserve">, </w:t>
      </w:r>
      <w:r>
        <w:rPr>
          <w:rFonts w:ascii="Raavi" w:hAnsi="Raavi" w:cs="Raavi"/>
          <w:sz w:val="22"/>
          <w:cs/>
          <w:lang w:bidi="pa-IN"/>
        </w:rPr>
        <w:t>ਕਾਨੂੰਨੀ ਸੋਧ</w:t>
      </w:r>
      <w:r>
        <w:t xml:space="preserve">, </w:t>
      </w:r>
      <w:r>
        <w:rPr>
          <w:rFonts w:ascii="Raavi" w:hAnsi="Raavi" w:cs="Raavi"/>
          <w:sz w:val="22"/>
          <w:cs/>
          <w:lang w:bidi="pa-IN"/>
        </w:rPr>
        <w:t>ਪ੍ਰਸਤਾਵ ਜਾਂ ਸਲਾਹ-ਮਸ਼ਵਰੇ ਦੀ ਪ੍ਰਕਿਰਿਆ ਤੱਕ ਸੀਮਿਤ ਨਹੀਂ ਹੈ। ਮੁੱਖ ਸਿਧਾਂਤ ਇਹ ਹੈ ਕਿ ਤਖ਼ਤ ਸਾਹਿਬ ਦੀ ਧਾਰਮਿਕ ਅਧਿਕਾਰਤਾ</w:t>
      </w:r>
      <w:r>
        <w:t xml:space="preserve">, </w:t>
      </w:r>
      <w:r>
        <w:rPr>
          <w:rFonts w:ascii="Raavi" w:hAnsi="Raavi" w:cs="Raavi"/>
          <w:sz w:val="22"/>
          <w:cs/>
          <w:lang w:bidi="pa-IN"/>
        </w:rPr>
        <w:t>ਮਰਯਾਦਾ</w:t>
      </w:r>
      <w:r>
        <w:t xml:space="preserve">, </w:t>
      </w:r>
      <w:r>
        <w:rPr>
          <w:rFonts w:ascii="Raavi" w:hAnsi="Raavi" w:cs="Raavi"/>
          <w:sz w:val="22"/>
          <w:cs/>
          <w:lang w:bidi="pa-IN"/>
        </w:rPr>
        <w:t>ਅੰਦਰੂਨੀ ਮਾਮਲੇ</w:t>
      </w:r>
      <w:r>
        <w:t xml:space="preserve">, </w:t>
      </w:r>
      <w:r>
        <w:rPr>
          <w:rFonts w:ascii="Raavi" w:hAnsi="Raavi" w:cs="Raavi"/>
          <w:sz w:val="22"/>
          <w:cs/>
          <w:lang w:bidi="pa-IN"/>
        </w:rPr>
        <w:t>ਪ੍ਰਬੰਧ</w:t>
      </w:r>
      <w:r>
        <w:t xml:space="preserve">, </w:t>
      </w:r>
      <w:r>
        <w:rPr>
          <w:rFonts w:ascii="Raavi" w:hAnsi="Raavi" w:cs="Raavi"/>
          <w:sz w:val="22"/>
          <w:cs/>
          <w:lang w:bidi="pa-IN"/>
        </w:rPr>
        <w:t>ਜਾਇਦਾਦਾਂ</w:t>
      </w:r>
      <w:r>
        <w:t xml:space="preserve">, </w:t>
      </w:r>
      <w:r>
        <w:rPr>
          <w:rFonts w:ascii="Raavi" w:hAnsi="Raavi" w:cs="Raavi"/>
          <w:sz w:val="22"/>
          <w:cs/>
        </w:rPr>
        <w:t>ਧਾਰਮਿਕ ਸੰਪਤੀਆਂ ਅਤੇ ਨਿਧੀਆਂ</w:t>
      </w:r>
      <w:r>
        <w:t xml:space="preserve">, </w:t>
      </w:r>
      <w:r>
        <w:rPr>
          <w:rFonts w:ascii="Raavi" w:hAnsi="Raavi" w:cs="Raavi"/>
          <w:sz w:val="22"/>
          <w:cs/>
          <w:lang w:bidi="pa-IN"/>
        </w:rPr>
        <w:t>ਸੰਸਥਾਗਤ ਮਾਣ-ਮਰਯਾਦਾ ਅਤੇ ਪੰਥਕ ਸਰੂਪ ਮੂਲ ਰੂਪ ਵਿੱਚ ਸਿੱਖ (ਖ਼ਾਲਸਾ) ਪੰਥ ਦੇ ਮਾਮਲੇ ਹਨ ਅਤੇ ਇਹ ਸਿੱਖ ਪੰਥ ਦੀ ਹੀ ਵਿਸ਼ੇਸ਼ ਅਧਿਕਾਰਤਾ ਅਤੇ ਜ਼ਿੰਮੇਵਾਰੀ ਹੇਠ ਰਹਿਣੇ ਚਾਹੀਦੇ ਹਨ।</w:t>
      </w:r>
    </w:p>
    <w:p w14:paraId="143F5F1A" w14:textId="77777777" w:rsidR="004A216C" w:rsidRDefault="004A216C">
      <w:pPr>
        <w:pStyle w:val="Punjabi"/>
        <w:spacing w:line="210" w:lineRule="atLeast"/>
        <w:rPr>
          <w:kern w:val="2"/>
          <w:sz w:val="24"/>
          <w:szCs w:val="24"/>
          <w:lang w:bidi="pa-IN"/>
          <w14:ligatures w14:val="standardContextual"/>
        </w:rPr>
      </w:pPr>
      <w:r>
        <w:rPr>
          <w:rFonts w:ascii="Raavi" w:hAnsi="Raavi" w:cs="Raavi"/>
          <w:sz w:val="22"/>
          <w:cs/>
          <w:lang w:bidi="pa-IN"/>
        </w:rPr>
        <w:t>ਤਖ਼ਤ ਸੱਚਖੰਡ ਸ੍ਰੀ ਹਜ਼ੂਰ ਅਬਚਲਨਗਰ ਸਾਹਿਬ ਕੋਈ ਆਮ ਜਨਤਕ</w:t>
      </w:r>
      <w:r>
        <w:t xml:space="preserve">, </w:t>
      </w:r>
      <w:r>
        <w:rPr>
          <w:rFonts w:ascii="Raavi" w:hAnsi="Raavi" w:cs="Raavi"/>
          <w:sz w:val="22"/>
          <w:cs/>
          <w:lang w:bidi="pa-IN"/>
        </w:rPr>
        <w:t>ਦਾਨੀ ਜਾਂ ਸਿਰਫ਼ ਪ੍ਰਸ਼ਾਸਕੀ ਸੰਸਥਾ ਨਹੀਂ ਹੈ। ਇਸ ਦੀ ਆਤਮਕ ਅਧਿਕਾਰਤਾ</w:t>
      </w:r>
      <w:r>
        <w:t xml:space="preserve">, </w:t>
      </w:r>
      <w:r>
        <w:rPr>
          <w:rFonts w:ascii="Raavi" w:hAnsi="Raavi" w:cs="Raavi"/>
          <w:sz w:val="22"/>
          <w:cs/>
          <w:lang w:bidi="pa-IN"/>
        </w:rPr>
        <w:t>ਪ੍ਰਬੰਧ</w:t>
      </w:r>
      <w:r>
        <w:t xml:space="preserve">, </w:t>
      </w:r>
      <w:r>
        <w:rPr>
          <w:rFonts w:ascii="Raavi" w:hAnsi="Raavi" w:cs="Raavi"/>
          <w:sz w:val="22"/>
          <w:cs/>
          <w:lang w:bidi="pa-IN"/>
        </w:rPr>
        <w:t>ਜਾਇਦਾਦਾਂ ਅਤੇ ਸੰਸਥਾਗਤ ਸਰੂਪ ਇਸ ਦੀ ਪੰਥਕ ਪਹਚਾਣ ਨਾਲ ਅਟੁੱਟ ਤੌਰ ’ਤੇ ਜੁੜੇ ਹੋਏ ਹਨ। ਇਨ੍ਹਾਂ ਮਾਮਲਿਆਂ ਉੱਤੇ ਅਧਿਕਾਰ ਸਿੱਖ (ਖ਼ਾਲਸਾ) ਪੰਥ ਦਾ ਹੈ</w:t>
      </w:r>
      <w:r>
        <w:t xml:space="preserve">, </w:t>
      </w:r>
      <w:r>
        <w:rPr>
          <w:rFonts w:ascii="Raavi" w:hAnsi="Raavi" w:cs="Raavi"/>
          <w:sz w:val="22"/>
          <w:cs/>
          <w:lang w:bidi="pa-IN"/>
        </w:rPr>
        <w:t>ਜੋ ਪ੍ਰਮਾਣਿਤ ਪੰਥਕ ਸੰਸਥਾਵਾਂ ਅਤੇ ਪ੍ਰਕਿਰਿਆਵਾਂ ਰਾਹੀਂ</w:t>
      </w:r>
      <w:r>
        <w:t xml:space="preserve">, </w:t>
      </w:r>
      <w:r>
        <w:rPr>
          <w:rFonts w:ascii="Raavi" w:hAnsi="Raavi" w:cs="Raavi"/>
          <w:sz w:val="22"/>
          <w:cs/>
          <w:lang w:bidi="pa-IN"/>
        </w:rPr>
        <w:t>ਪੰਜ ਤਖ਼ਤ ਸਾਹਿਬਾਨ ਦੀ ਸਾਂਝੀ ਅਧਿਕਾਰਤਾ ਅਤੇ ਰਹਿਨੁਮਾਈ ਸਮੇਤ</w:t>
      </w:r>
      <w:r>
        <w:t xml:space="preserve">, </w:t>
      </w:r>
      <w:r>
        <w:rPr>
          <w:rFonts w:ascii="Raavi" w:hAnsi="Raavi" w:cs="Raavi"/>
          <w:sz w:val="22"/>
          <w:cs/>
          <w:lang w:bidi="pa-IN"/>
        </w:rPr>
        <w:t>ਵਰਤਿਆ ਜਾਣਾ ਚਾਹੀਦਾ ਹੈ।</w:t>
      </w:r>
    </w:p>
    <w:p w14:paraId="706A41FE" w14:textId="77777777" w:rsidR="004A216C" w:rsidRDefault="004A216C">
      <w:pPr>
        <w:pStyle w:val="Punjabi"/>
        <w:spacing w:line="210" w:lineRule="atLeast"/>
        <w:rPr>
          <w:kern w:val="2"/>
          <w:sz w:val="24"/>
          <w:szCs w:val="24"/>
          <w:lang w:bidi="pa-IN"/>
          <w14:ligatures w14:val="standardContextual"/>
        </w:rPr>
      </w:pPr>
      <w:r>
        <w:rPr>
          <w:rFonts w:ascii="Raavi" w:hAnsi="Raavi" w:cs="Raavi"/>
          <w:sz w:val="22"/>
          <w:cs/>
          <w:lang w:bidi="pa-IN"/>
        </w:rPr>
        <w:t>ਭਾਵੇਂ</w:t>
      </w:r>
      <w:r>
        <w:rPr>
          <w:rFonts w:ascii="Raavi" w:hAnsi="Raavi" w:cs="Raavi"/>
          <w:sz w:val="22"/>
        </w:rPr>
        <w:t xml:space="preserve"> </w:t>
      </w:r>
      <w:r>
        <w:t xml:space="preserve">1956 </w:t>
      </w:r>
      <w:r>
        <w:rPr>
          <w:rFonts w:ascii="Raavi" w:hAnsi="Raavi" w:cs="Raavi"/>
          <w:sz w:val="22"/>
          <w:cs/>
          <w:lang w:bidi="pa-IN"/>
        </w:rPr>
        <w:t>ਦਾ ਐਕਟ ਇਸ ਵੇਲੇ ਕੁਝ ਪ੍ਰਸ਼ਾਸਕੀ ਮਾਮਲਿਆਂ ਲਈ ਕਾਨੂੰਨੀ ਢਾਂਚਾ ਪ੍ਰਦਾਨ ਕਰਦਾ ਹੈ</w:t>
      </w:r>
      <w:r>
        <w:t xml:space="preserve">, </w:t>
      </w:r>
      <w:r>
        <w:rPr>
          <w:rFonts w:ascii="Raavi" w:hAnsi="Raavi" w:cs="Raavi"/>
          <w:sz w:val="22"/>
          <w:cs/>
          <w:lang w:bidi="pa-IN"/>
        </w:rPr>
        <w:t>ਪਰ ਉਹ ਤਖ਼ਤ ਸਾਹਿਬ ਦੀ ਮੂਲ</w:t>
      </w:r>
      <w:r>
        <w:rPr>
          <w:rFonts w:ascii="Raavi" w:hAnsi="Raavi" w:cs="Raavi"/>
          <w:sz w:val="22"/>
        </w:rPr>
        <w:t xml:space="preserve"> </w:t>
      </w:r>
    </w:p>
    <w:p w14:paraId="6D090D30" w14:textId="4B0E0E38" w:rsidR="00556FB4" w:rsidRDefault="004A216C" w:rsidP="004A216C">
      <w:pPr>
        <w:pStyle w:val="Punjabi"/>
        <w:spacing w:line="210" w:lineRule="atLeast"/>
        <w:rPr>
          <w:rFonts w:cs="Raavi"/>
        </w:rPr>
      </w:pPr>
      <w:r>
        <w:rPr>
          <w:rFonts w:ascii="Raavi" w:hAnsi="Raavi" w:cs="Raavi"/>
          <w:sz w:val="22"/>
          <w:cs/>
          <w:lang w:bidi="pa-IN"/>
        </w:rPr>
        <w:t>ਪੰਥਕ ਅਧਿਕਾਰਤਾ</w:t>
      </w:r>
      <w:r>
        <w:t xml:space="preserve">, </w:t>
      </w:r>
      <w:r>
        <w:rPr>
          <w:rFonts w:ascii="Raavi" w:hAnsi="Raavi" w:cs="Raavi"/>
          <w:sz w:val="22"/>
          <w:cs/>
          <w:lang w:bidi="pa-IN"/>
        </w:rPr>
        <w:t>ਮਰਯਾਦਾ ਜਾਂ ਦਰਜੇ ਨੂੰ ਘਟਾ</w:t>
      </w:r>
      <w:r>
        <w:t xml:space="preserve">, </w:t>
      </w:r>
      <w:r>
        <w:rPr>
          <w:rFonts w:ascii="Raavi" w:hAnsi="Raavi" w:cs="Raavi"/>
          <w:sz w:val="22"/>
          <w:cs/>
          <w:lang w:bidi="pa-IN"/>
        </w:rPr>
        <w:t>ਤਬਦੀਲ</w:t>
      </w:r>
      <w:r>
        <w:t xml:space="preserve">, </w:t>
      </w:r>
      <w:r>
        <w:rPr>
          <w:rFonts w:ascii="Raavi" w:hAnsi="Raavi" w:cs="Raavi"/>
          <w:sz w:val="22"/>
          <w:cs/>
          <w:lang w:bidi="pa-IN"/>
        </w:rPr>
        <w:t>ਪਾਰ ਜਾਂ ਪ੍ਰਭਾਵਿਤ ਨਹੀਂ ਕਰ ਸਕਦਾ। ਇਸ ਲਈ ਐਕਟ ਜਾਂ ਤਖ਼ਤ ਸੱਚਖੰਡ</w:t>
      </w:r>
      <w:r>
        <w:rPr>
          <w:rFonts w:ascii="Raavi" w:hAnsi="Raavi" w:cs="Raavi"/>
          <w:sz w:val="22"/>
        </w:rPr>
        <w:t xml:space="preserve"> </w:t>
      </w:r>
    </w:p>
    <w:p w14:paraId="096EEE07" w14:textId="77777777" w:rsidR="004A216C" w:rsidRDefault="00000000">
      <w:pPr>
        <w:pStyle w:val="Punjabi"/>
      </w:pPr>
      <w:r>
        <w:rPr>
          <w:rFonts w:cs="Raavi"/>
          <w:cs/>
        </w:rPr>
        <w:t>ਸ੍ਰੀ ਹਜ਼ੂਰ ਅਬਚਲਨਗਰ ਸਾਹਿਬ ਦੇ ਪ੍ਰਬੰਧਕੀ ਢਾਂਚੇ ਨੂੰ ਪ੍ਰਭਾਵਿਤ ਕਰਨ ਵਾਲੀ ਕੋਈ ਵੀ ਸੋਧ</w:t>
      </w:r>
      <w:r>
        <w:t xml:space="preserve">, </w:t>
      </w:r>
      <w:r>
        <w:rPr>
          <w:rFonts w:cs="Raavi"/>
          <w:cs/>
        </w:rPr>
        <w:t>ਰੱਦਗੀ</w:t>
      </w:r>
      <w:r>
        <w:t xml:space="preserve">, </w:t>
      </w:r>
      <w:r>
        <w:rPr>
          <w:rFonts w:cs="Raavi"/>
          <w:cs/>
        </w:rPr>
        <w:t>ਬਦਲਾਅ</w:t>
      </w:r>
      <w:r>
        <w:t xml:space="preserve">, </w:t>
      </w:r>
      <w:r>
        <w:rPr>
          <w:rFonts w:cs="Raavi"/>
          <w:cs/>
        </w:rPr>
        <w:t>ਪੁਨਰਗਠਨ</w:t>
      </w:r>
      <w:r>
        <w:t xml:space="preserve">, </w:t>
      </w:r>
      <w:r>
        <w:rPr>
          <w:rFonts w:cs="Raavi"/>
          <w:cs/>
        </w:rPr>
        <w:t>ਨਿਯੁਕਤੀ</w:t>
      </w:r>
      <w:r>
        <w:t xml:space="preserve">, </w:t>
      </w:r>
    </w:p>
    <w:p w14:paraId="2838BC81" w14:textId="77777777" w:rsidR="005F0CC0" w:rsidRDefault="005F0CC0">
      <w:pPr>
        <w:pStyle w:val="Punjabi"/>
        <w:rPr>
          <w:rFonts w:ascii="Raavi" w:hAnsi="Raavi" w:cs="Raavi"/>
          <w:sz w:val="22"/>
          <w:lang w:bidi="pa-IN"/>
        </w:rPr>
      </w:pPr>
      <w:r>
        <w:rPr>
          <w:rFonts w:ascii="Raavi" w:hAnsi="Raavi" w:cs="Raavi"/>
          <w:sz w:val="22"/>
          <w:cs/>
          <w:lang w:bidi="pa-IN"/>
        </w:rPr>
        <w:t>ਨਿਯਮਕਾਰੀ ਤਬਦੀਲੀ</w:t>
      </w:r>
      <w:r>
        <w:t xml:space="preserve">, </w:t>
      </w:r>
      <w:r>
        <w:rPr>
          <w:rFonts w:ascii="Raavi" w:hAnsi="Raavi" w:cs="Raavi"/>
          <w:sz w:val="22"/>
          <w:cs/>
          <w:lang w:bidi="pa-IN"/>
        </w:rPr>
        <w:t>ਚੋਣੀ ਸੋਧ</w:t>
      </w:r>
      <w:r>
        <w:t xml:space="preserve">, </w:t>
      </w:r>
      <w:r>
        <w:rPr>
          <w:rFonts w:ascii="Raavi" w:hAnsi="Raavi" w:cs="Raavi"/>
          <w:sz w:val="22"/>
          <w:cs/>
          <w:lang w:bidi="pa-IN"/>
        </w:rPr>
        <w:t>ਜਾਇਦਾਦ-ਸੰਬੰਧੀ ਕਦਮ</w:t>
      </w:r>
      <w:r>
        <w:t xml:space="preserve">, </w:t>
      </w:r>
      <w:r>
        <w:rPr>
          <w:rFonts w:ascii="Raavi" w:hAnsi="Raavi" w:cs="Raavi"/>
          <w:sz w:val="22"/>
          <w:cs/>
          <w:lang w:bidi="pa-IN"/>
        </w:rPr>
        <w:t xml:space="preserve">ਪ੍ਰਸ਼ਾਸਕੀ ਪ੍ਰਬੰਧ ਜਾਂ ਹੋਰ ਹਸਤਖੇਪ ਤਖ਼ਤ ਸਾਹਿਬ ਅੰਦਰੋਂ ਹੀ ਸ਼ੁਰੂ ਹੋਣਾ </w:t>
      </w:r>
    </w:p>
    <w:p w14:paraId="5D40AFA5" w14:textId="77777777" w:rsidR="005F0CC0" w:rsidRDefault="005F0CC0">
      <w:pPr>
        <w:pStyle w:val="Punjabi"/>
        <w:spacing w:after="0"/>
        <w:jc w:val="right"/>
        <w:rPr>
          <w:kern w:val="2"/>
          <w:sz w:val="24"/>
          <w:szCs w:val="24"/>
          <w:lang w:bidi="pa-IN"/>
          <w14:ligatures w14:val="standardContextual"/>
        </w:rPr>
      </w:pPr>
      <w:r>
        <w:rPr>
          <w:szCs w:val="21"/>
        </w:rPr>
        <w:t>Page 1 of 2</w:t>
      </w:r>
    </w:p>
    <w:p w14:paraId="44ED4562" w14:textId="573F0892" w:rsidR="005F0CC0" w:rsidRDefault="005F0CC0">
      <w:pPr>
        <w:pStyle w:val="Punjabi"/>
        <w:rPr>
          <w:kern w:val="2"/>
          <w:sz w:val="24"/>
          <w:szCs w:val="24"/>
          <w:lang w:bidi="pa-IN"/>
          <w14:ligatures w14:val="standardContextual"/>
        </w:rPr>
      </w:pPr>
      <w:r>
        <w:rPr>
          <w:rFonts w:ascii="Raavi" w:hAnsi="Raavi" w:cs="Raavi"/>
          <w:sz w:val="22"/>
          <w:cs/>
          <w:lang w:bidi="pa-IN"/>
        </w:rPr>
        <w:lastRenderedPageBreak/>
        <w:t>ਚਾਹੀਦਾ ਹੈ ਅਤੇ ਕੇਵਲ ਪੰਜ ਤਖ਼ਤ ਸਾਹਿਬਾਨ ਅਤੇ ਹੋਰ ਪ੍ਰਮਾਣਿਤ ਸਿੱਖ (ਖ਼ਾਲਸਾ) ਪੰਥਕ ਸੰਸਥਾਵਾਂ ਦੀ ਸਾਂਝੀ ਅਧਿਕਾਰਤਾ</w:t>
      </w:r>
      <w:r>
        <w:t xml:space="preserve">, </w:t>
      </w:r>
      <w:r>
        <w:rPr>
          <w:rFonts w:ascii="Raavi" w:hAnsi="Raavi" w:cs="Raavi"/>
          <w:sz w:val="22"/>
          <w:cs/>
          <w:lang w:bidi="pa-IN"/>
        </w:rPr>
        <w:t>ਵਿਚਾਰ-ਵਟਾਂਦਰੇ</w:t>
      </w:r>
      <w:r>
        <w:t xml:space="preserve">, </w:t>
      </w:r>
      <w:r>
        <w:rPr>
          <w:rFonts w:ascii="Raavi" w:hAnsi="Raavi" w:cs="Raavi"/>
          <w:sz w:val="22"/>
          <w:cs/>
          <w:lang w:bidi="pa-IN"/>
        </w:rPr>
        <w:t>ਸਲਾਹ ਅਤੇ ਪੰਥਕ ਸਹਿਮਤੀ ਰਾਹੀਂ ਹੀ ਅੱਗੇ ਵਧਣਾ ਚਾਹੀਦਾ ਹੈ। ਅਜੇਹੇ ਮਾਮਲੇ ਕਿਸੇ ਸਰਕਾਰੀ ਅਧਿਕਾਰਤਾ</w:t>
      </w:r>
      <w:r>
        <w:t xml:space="preserve">, </w:t>
      </w:r>
      <w:r>
        <w:rPr>
          <w:rFonts w:ascii="Raavi" w:hAnsi="Raavi" w:cs="Raavi"/>
          <w:sz w:val="22"/>
          <w:cs/>
          <w:lang w:bidi="pa-IN"/>
        </w:rPr>
        <w:t>ਇਕਪੱਖੀ ਕਾਰਵਾਈ</w:t>
      </w:r>
      <w:r>
        <w:t xml:space="preserve">, </w:t>
      </w:r>
      <w:r>
        <w:rPr>
          <w:rFonts w:ascii="Raavi" w:hAnsi="Raavi" w:cs="Raavi"/>
          <w:sz w:val="22"/>
          <w:cs/>
          <w:lang w:bidi="pa-IN"/>
        </w:rPr>
        <w:t>ਬਾਹਰੀ ਪ੍ਰਕਿਰਿਆ ਜਾਂ ਰਾਜ ਵੱਲੋਂ ਬਣਾਏ ਮਕੈਨਿਜ਼ਮ ਰਾਹੀਂ ਸ਼ੁਰੂ</w:t>
      </w:r>
      <w:r>
        <w:t xml:space="preserve">, </w:t>
      </w:r>
      <w:r>
        <w:rPr>
          <w:rFonts w:ascii="Raavi" w:hAnsi="Raavi" w:cs="Raavi"/>
          <w:sz w:val="22"/>
          <w:cs/>
          <w:lang w:bidi="pa-IN"/>
        </w:rPr>
        <w:t>ਪ੍ਰਸਤਾਵਿਤ</w:t>
      </w:r>
      <w:r>
        <w:t xml:space="preserve">, </w:t>
      </w:r>
      <w:r>
        <w:rPr>
          <w:rFonts w:ascii="Raavi" w:hAnsi="Raavi" w:cs="Raavi"/>
          <w:sz w:val="22"/>
          <w:cs/>
          <w:lang w:bidi="pa-IN"/>
        </w:rPr>
        <w:t>ਨਿਰਦੇਸ਼ਿਤ</w:t>
      </w:r>
      <w:r>
        <w:t xml:space="preserve">, </w:t>
      </w:r>
      <w:r>
        <w:rPr>
          <w:rFonts w:ascii="Raavi" w:hAnsi="Raavi" w:cs="Raavi"/>
          <w:sz w:val="22"/>
          <w:cs/>
          <w:lang w:bidi="pa-IN"/>
        </w:rPr>
        <w:t>ਨਿਗਰਾਨੀ ਹੇਠ ਰੱਖੇ ਜਾਂ ਚਲਾਏ ਨਹੀਂ ਜਾਣੇ ਚਾਹੀਦੇ।</w:t>
      </w:r>
    </w:p>
    <w:p w14:paraId="52575E8B" w14:textId="77777777" w:rsidR="00ED163D" w:rsidRDefault="00902428">
      <w:pPr>
        <w:pStyle w:val="Punjabi"/>
        <w:rPr>
          <w:kern w:val="2"/>
          <w:sz w:val="24"/>
          <w:szCs w:val="24"/>
          <w:lang w:bidi="pa-IN"/>
          <w14:ligatures w14:val="standardContextual"/>
        </w:rPr>
      </w:pPr>
      <w:r w:rsidRPr="00902428">
        <w:rPr>
          <w:rFonts w:ascii="Raavi" w:hAnsi="Raavi" w:cs="Raavi"/>
          <w:sz w:val="22"/>
          <w:cs/>
          <w:lang w:bidi="pa-IN"/>
        </w:rPr>
        <w:t>ਦਸਤਖ਼ਤ ਕਰਨ ਵਾਲਾ/ਵਾਲੀ</w:t>
      </w:r>
      <w:r>
        <w:rPr>
          <w:rFonts w:cs="Raavi"/>
          <w:cs/>
        </w:rPr>
        <w:t xml:space="preserve"> ਇਸ ਲਈ ਮਹਾਰਾਸ਼ਟਰ ਸਰਕਾਰ ਨੂੰ ਆਦਰ ਸਹਿਤ ਬੇਨਤੀ </w:t>
      </w:r>
      <w:r w:rsidRPr="00902428">
        <w:rPr>
          <w:rFonts w:ascii="Raavi" w:hAnsi="Raavi" w:cs="Raavi"/>
          <w:sz w:val="22"/>
          <w:cs/>
          <w:lang w:bidi="pa-IN"/>
        </w:rPr>
        <w:t>ਕਰਦਾ/ਕਰਦੀ ਹੈ</w:t>
      </w:r>
      <w:r>
        <w:rPr>
          <w:rFonts w:cs="Raavi"/>
          <w:cs/>
        </w:rPr>
        <w:t xml:space="preserve"> ਕਿ ਉਹ ਤਖ਼ਤ ਸੱਚਖੰਡ ਸ੍ਰੀ ਹਜ਼ੂਰ ਅਬਚਲਨਗਰ ਸਾਹਿਬ</w:t>
      </w:r>
      <w:r>
        <w:t xml:space="preserve">, </w:t>
      </w:r>
      <w:r>
        <w:rPr>
          <w:rFonts w:cs="Raavi"/>
          <w:cs/>
        </w:rPr>
        <w:t>ਨਾਂਦੇੜ ਨਾਲ ਸੰਬੰਧਿਤ ਐਕਟ ਜਾਂ ਕਿਸੇ ਵੀ ਕਾਨੂੰਨੀ</w:t>
      </w:r>
      <w:r>
        <w:t xml:space="preserve">, </w:t>
      </w:r>
      <w:r>
        <w:rPr>
          <w:rFonts w:cs="Raavi"/>
          <w:cs/>
        </w:rPr>
        <w:t>ਪ੍ਰਸ਼ਾਸਕੀ</w:t>
      </w:r>
      <w:r>
        <w:t xml:space="preserve">, </w:t>
      </w:r>
      <w:r>
        <w:rPr>
          <w:rFonts w:cs="Raavi"/>
          <w:cs/>
        </w:rPr>
        <w:t>ਚੋਣੀ</w:t>
      </w:r>
      <w:r>
        <w:t xml:space="preserve">, </w:t>
      </w:r>
      <w:r>
        <w:rPr>
          <w:rFonts w:cs="Raavi"/>
          <w:cs/>
        </w:rPr>
        <w:t>ਜਾਇਦਾਦੀ</w:t>
      </w:r>
      <w:r>
        <w:t xml:space="preserve">, </w:t>
      </w:r>
      <w:r>
        <w:rPr>
          <w:rFonts w:cs="Raavi"/>
          <w:cs/>
        </w:rPr>
        <w:t>ਪ੍ਰਬੰਧਕੀ</w:t>
      </w:r>
      <w:r>
        <w:t xml:space="preserve">, </w:t>
      </w:r>
      <w:r>
        <w:rPr>
          <w:rFonts w:cs="Raavi"/>
          <w:cs/>
        </w:rPr>
        <w:t>ਧਾਰਮਿਕ</w:t>
      </w:r>
      <w:r>
        <w:t xml:space="preserve">, </w:t>
      </w:r>
      <w:r>
        <w:rPr>
          <w:rFonts w:cs="Raavi"/>
          <w:cs/>
        </w:rPr>
        <w:t>ਸੰਸਥਾਗਤ ਜਾਂ ਸ਼ਾਸਕੀ ਢਾਂਚੇ ਨੂੰ ਪ੍ਰਭਾਵਿਤ ਕਰਨ ਵਾਲਾ ਕੋਈ ਵੀ ਕਦਮ ਸ਼ੁਰੂ ਜਾਂ ਲਾਗੂ ਕਰਨ ਤੋਂ ਪਰਹੇਜ਼ ਕਰੇ। ਸਰਕਾਰ ਦੀ ਭੂਮਿਕਾ ਸੰਵਿਧਾਨਕ ਸੁਰੱਖਿਆ</w:t>
      </w:r>
      <w:r>
        <w:t xml:space="preserve">, </w:t>
      </w:r>
      <w:r>
        <w:rPr>
          <w:rFonts w:cs="Raavi"/>
          <w:cs/>
        </w:rPr>
        <w:t>ਧਾਰਮਿਕ ਆਜ਼ਾਦੀ ਅਤੇ ਪੰਥਕ ਖ਼ੁਦਮੁਖ਼ਤਿਆਰੀ ਦਾ ਆਦਰ ਕਰਨ ਤੱਕ ਸੀਮਿਤ ਰਹਿਣੀ ਚਾਹੀਦੀ ਹੈ ਅਤੇ ਜਿੱਥੇ ਕਾਨੂੰਨੀ ਤੌਰ ’ਤੇ ਲੋੜ ਹੋਵੇ</w:t>
      </w:r>
      <w:r>
        <w:t xml:space="preserve">, </w:t>
      </w:r>
      <w:r>
        <w:rPr>
          <w:rFonts w:cs="Raavi"/>
          <w:cs/>
        </w:rPr>
        <w:t>ਉੱਥੇ ਪ੍ਰਮਾਣਿਤ ਸਿੱਖ (ਖ਼ਾਲਸਾ) ਪੰਥਕ ਸੰਸਥਾਵਾਂ ਅਤੇ ਪ੍ਰਕਿਰਿਆਵਾਂ ਰਾਹੀਂ ਹੋਏ ਫ਼ੈਸਲਿਆਂ ਦੀ ਕਾਨੂੰਨੀ ਲਾਗੂਅਮਲੀ ਦਾ ਸਤਿਕਾਰ</w:t>
      </w:r>
      <w:r>
        <w:t xml:space="preserve">, </w:t>
      </w:r>
      <w:r>
        <w:rPr>
          <w:rFonts w:cs="Raavi"/>
          <w:cs/>
        </w:rPr>
        <w:t>ਸੁਰੱਖਿਆ ਅਤੇ ਸਹਾਇਤਾ ਕਰਨੀ ਚਾਹੀਦੀ ਹੈ</w:t>
      </w:r>
      <w:r>
        <w:t xml:space="preserve">, </w:t>
      </w:r>
      <w:r>
        <w:rPr>
          <w:rFonts w:cs="Raavi"/>
          <w:cs/>
        </w:rPr>
        <w:t>ਬਿਨਾਂ ਉਨ੍ਹਾਂ ਫ਼ੈਸਲਿਆਂ ਨੂੰ ਨਿਰਦੇਸ਼ਿਤ ਜਾਂ ਨਿਯੰਤਰਿਤ ਕੀਤੇ।</w:t>
      </w:r>
    </w:p>
    <w:p w14:paraId="789DEC54" w14:textId="77777777" w:rsidR="00ED163D" w:rsidRDefault="007D30C0">
      <w:pPr>
        <w:pStyle w:val="Punjabi"/>
        <w:rPr>
          <w:kern w:val="2"/>
          <w:sz w:val="24"/>
          <w:szCs w:val="24"/>
          <w:lang w:bidi="pa-IN"/>
          <w14:ligatures w14:val="standardContextual"/>
        </w:rPr>
      </w:pPr>
      <w:r w:rsidRPr="007D30C0">
        <w:rPr>
          <w:rFonts w:ascii="Raavi" w:hAnsi="Raavi" w:cs="Raavi"/>
          <w:sz w:val="22"/>
          <w:cs/>
          <w:lang w:bidi="pa-IN"/>
        </w:rPr>
        <w:t>ਦਸਤਖ਼ਤ ਕਰਨ ਵਾਲਾ/ਵਾਲੀ</w:t>
      </w:r>
      <w:r>
        <w:rPr>
          <w:rFonts w:cs="Raavi"/>
          <w:cs/>
        </w:rPr>
        <w:t xml:space="preserve"> ਹੋਰ ਬੇਨਤੀ </w:t>
      </w:r>
      <w:r w:rsidRPr="007D30C0">
        <w:rPr>
          <w:rFonts w:ascii="Raavi" w:hAnsi="Raavi" w:cs="Raavi"/>
          <w:sz w:val="22"/>
          <w:cs/>
          <w:lang w:bidi="pa-IN"/>
        </w:rPr>
        <w:t>ਕਰਦਾ/ਕਰਦੀ ਹੈ</w:t>
      </w:r>
      <w:r>
        <w:rPr>
          <w:rFonts w:cs="Raavi"/>
          <w:cs/>
        </w:rPr>
        <w:t xml:space="preserve"> ਕਿ ਸਰਕਾਰ ਤਖ਼ਤ ਸੱਚਖੰਡ ਸ੍ਰੀ ਹਜ਼ੂਰ ਅਬਚਲਨਗਰ ਸਾਹਿਬ ਦੇ ਵਿਲੱਖਣ</w:t>
      </w:r>
      <w:r>
        <w:t xml:space="preserve">, </w:t>
      </w:r>
      <w:r>
        <w:rPr>
          <w:rFonts w:cs="Raavi"/>
          <w:cs/>
        </w:rPr>
        <w:t>ਸੁਤੰਤਰ ਅਤੇ ਸਰਵੋਚ ਪੰਥਕ ਦਰਜੇ ਨੂੰ ਮੰਨੇ ਅਤੇ ਆਦਰ ਦੇਵੇ</w:t>
      </w:r>
      <w:r>
        <w:t xml:space="preserve">, </w:t>
      </w:r>
      <w:r>
        <w:rPr>
          <w:rFonts w:cs="Raavi"/>
          <w:cs/>
        </w:rPr>
        <w:t>ਅਤੇ ਇਹ ਯਕੀਨੀ ਬਣਾਏ ਕਿ ਇਸ ਦੀ ਧਾਰਮਿਕ ਅਧਿਕਾਰਤਾ</w:t>
      </w:r>
      <w:r>
        <w:t xml:space="preserve">, </w:t>
      </w:r>
      <w:r>
        <w:rPr>
          <w:rFonts w:cs="Raavi"/>
          <w:cs/>
        </w:rPr>
        <w:t>ਅੰਦਰੂਨੀ ਮਾਮਲੇ</w:t>
      </w:r>
      <w:r>
        <w:t xml:space="preserve">, </w:t>
      </w:r>
      <w:r>
        <w:rPr>
          <w:rFonts w:cs="Raavi"/>
          <w:cs/>
        </w:rPr>
        <w:t>ਪ੍ਰਬੰਧ</w:t>
      </w:r>
      <w:r>
        <w:t xml:space="preserve">, </w:t>
      </w:r>
      <w:r>
        <w:rPr>
          <w:rFonts w:cs="Raavi"/>
          <w:cs/>
        </w:rPr>
        <w:t>ਜਾਇਦਾਦਾਂ</w:t>
      </w:r>
      <w:r>
        <w:t xml:space="preserve">, </w:t>
      </w:r>
      <w:r w:rsidRPr="00724651">
        <w:rPr>
          <w:rFonts w:ascii="Raavi" w:hAnsi="Raavi" w:cs="Raavi"/>
          <w:sz w:val="22"/>
          <w:cs/>
          <w:lang w:bidi="pa-IN"/>
        </w:rPr>
        <w:t>ਧਾਰਮਿਕ ਸੰਪਤੀਆਂ ਅਤੇ ਨਿਧੀਆਂ</w:t>
      </w:r>
      <w:r>
        <w:rPr>
          <w:rFonts w:cs="Raavi"/>
          <w:cs/>
        </w:rPr>
        <w:t xml:space="preserve"> ਅਤੇ ਸੰਸਥਾਗਤ ਸਰੂਪ ਨਾਲ ਸੰਬੰਧਿਤ ਸਾਰੇ ਮਾਮਲੇ ਸਿੱਖ (ਖ਼ਾਲਸਾ) ਪੰਥ ਦੀ ਸਾਂਝੀ ਅਧਿਕਾਰਤਾ ਅਤੇ ਜ਼ਿੰਮੇਵਾਰੀ ਹੇਠ ਹੀ ਰਹਿਣ</w:t>
      </w:r>
      <w:r>
        <w:t xml:space="preserve">, </w:t>
      </w:r>
      <w:r>
        <w:rPr>
          <w:rFonts w:cs="Raavi"/>
          <w:cs/>
        </w:rPr>
        <w:t>ਬਿਨਾਂ ਸਰਕਾਰੀ ਦਖ਼ਲਅੰਦਾਜ਼ੀ ਜਾਂ ਨਿਯੰਤਰਣ ਦੇ।</w:t>
      </w:r>
    </w:p>
    <w:p w14:paraId="72E07877" w14:textId="77777777" w:rsidR="00945759" w:rsidRDefault="00000000">
      <w:pPr>
        <w:pStyle w:val="Punjabi"/>
        <w:rPr>
          <w:rFonts w:cs="Raavi"/>
        </w:rPr>
      </w:pPr>
      <w:r>
        <w:rPr>
          <w:rFonts w:cs="Raavi"/>
          <w:cs/>
        </w:rPr>
        <w:t xml:space="preserve">ਇਹ </w:t>
      </w:r>
      <w:r w:rsidR="00F05DAC" w:rsidRPr="00F05DAC">
        <w:rPr>
          <w:rFonts w:ascii="Raavi" w:hAnsi="Raavi" w:cs="Raavi"/>
          <w:sz w:val="22"/>
          <w:cs/>
          <w:lang w:bidi="pa-IN"/>
        </w:rPr>
        <w:t>ਪੱਤਰ</w:t>
      </w:r>
      <w:r>
        <w:rPr>
          <w:rFonts w:cs="Raavi"/>
          <w:cs/>
        </w:rPr>
        <w:t xml:space="preserve"> ਸਰਕਾਰ ਦੇ ਵਿਰੋਧ ਵਿੱਚ ਨਹੀਂ</w:t>
      </w:r>
      <w:r>
        <w:t xml:space="preserve">, </w:t>
      </w:r>
      <w:r>
        <w:rPr>
          <w:rFonts w:cs="Raavi"/>
          <w:cs/>
        </w:rPr>
        <w:t>ਸਗੋਂ ਸੰਵਿਧਾਨਕ ਮਰਯਾਦਾ</w:t>
      </w:r>
      <w:r>
        <w:t xml:space="preserve">, </w:t>
      </w:r>
      <w:r>
        <w:rPr>
          <w:rFonts w:cs="Raavi"/>
          <w:cs/>
        </w:rPr>
        <w:t>ਧਾਰਮਿਕ ਆਜ਼ਾਦੀ</w:t>
      </w:r>
      <w:r>
        <w:t xml:space="preserve">, </w:t>
      </w:r>
      <w:r>
        <w:rPr>
          <w:rFonts w:cs="Raavi"/>
          <w:cs/>
        </w:rPr>
        <w:t xml:space="preserve">ਆਪਸੀ ਆਦਰ ਅਤੇ ਇਸ ਪੁਰਾਤਨ ਪੰਥਕ ਸਿਧਾਂਤ ਦੀ ਪੁਸ਼ਟੀ ਵਿੱਚ </w:t>
      </w:r>
      <w:r w:rsidR="00F05DAC" w:rsidRPr="00F05DAC">
        <w:rPr>
          <w:rFonts w:ascii="Raavi" w:hAnsi="Raavi" w:cs="Raavi"/>
          <w:sz w:val="22"/>
          <w:cs/>
          <w:lang w:bidi="pa-IN"/>
        </w:rPr>
        <w:t>ਪੇਸ਼ ਕੀਤਾ</w:t>
      </w:r>
      <w:r>
        <w:rPr>
          <w:rFonts w:cs="Raavi"/>
          <w:cs/>
        </w:rPr>
        <w:t xml:space="preserve"> ਜਾ </w:t>
      </w:r>
      <w:r w:rsidR="00F05DAC" w:rsidRPr="00F05DAC">
        <w:rPr>
          <w:rFonts w:ascii="Raavi" w:hAnsi="Raavi" w:cs="Raavi"/>
          <w:sz w:val="22"/>
          <w:cs/>
          <w:lang w:bidi="pa-IN"/>
        </w:rPr>
        <w:t>ਰਿਹਾ</w:t>
      </w:r>
      <w:r>
        <w:rPr>
          <w:rFonts w:cs="Raavi"/>
          <w:cs/>
        </w:rPr>
        <w:t xml:space="preserve"> ਹੈ ਕਿ ਤਖ਼ਤ ਸਾਹਿਬ ਦੀ ਅਧਿਕਾਰਤਾ</w:t>
      </w:r>
      <w:r>
        <w:t xml:space="preserve">, </w:t>
      </w:r>
      <w:r>
        <w:rPr>
          <w:rFonts w:cs="Raavi"/>
          <w:cs/>
        </w:rPr>
        <w:t>ਮਰਯਾਦਾ</w:t>
      </w:r>
      <w:r>
        <w:t xml:space="preserve">, </w:t>
      </w:r>
      <w:r>
        <w:rPr>
          <w:rFonts w:cs="Raavi"/>
          <w:cs/>
        </w:rPr>
        <w:t>ਪ੍ਰਬੰਧ</w:t>
      </w:r>
      <w:r>
        <w:t xml:space="preserve">, </w:t>
      </w:r>
      <w:r>
        <w:rPr>
          <w:rFonts w:cs="Raavi"/>
          <w:cs/>
        </w:rPr>
        <w:t>ਜਾਇਦਾਦਾਂ ਅਤੇ ਸੰਸਥਾਗਤ ਭਵਿੱਖ ਸਿੱਖ (ਖ਼ਾਲਸਾ) ਪੰਥ ਦੇ ਹੀ ਵਿਸ਼ੇਸ਼ ਅਧਿਕਾਰ ਖੇਤਰ</w:t>
      </w:r>
      <w:r>
        <w:t xml:space="preserve">, </w:t>
      </w:r>
      <w:r>
        <w:rPr>
          <w:rFonts w:cs="Raavi"/>
          <w:cs/>
        </w:rPr>
        <w:t xml:space="preserve">ਅਧਿਕਾਰਤਾ ਅਤੇ ਜ਼ਿੰਮੇਵਾਰੀ ਅੰਦਰ ਰਹਿਣੇ ਚਾਹੀਦੇ ਹਨ। </w:t>
      </w:r>
      <w:r w:rsidR="00F05DAC" w:rsidRPr="00F05DAC">
        <w:rPr>
          <w:rFonts w:ascii="Raavi" w:hAnsi="Raavi" w:cs="Raavi"/>
          <w:sz w:val="22"/>
          <w:cs/>
          <w:lang w:bidi="pa-IN"/>
        </w:rPr>
        <w:t>ਦਸਤਖ਼ਤ ਕਰਨ ਵਾਲਾ/ਵਾਲੀ</w:t>
      </w:r>
      <w:r>
        <w:rPr>
          <w:rFonts w:cs="Raavi"/>
          <w:cs/>
        </w:rPr>
        <w:t xml:space="preserve"> ਆਦਰ ਸਹਿਤ ਬੇਨਤੀ </w:t>
      </w:r>
      <w:r w:rsidR="00F05DAC" w:rsidRPr="00F05DAC">
        <w:rPr>
          <w:rFonts w:ascii="Raavi" w:hAnsi="Raavi" w:cs="Raavi"/>
          <w:sz w:val="22"/>
          <w:cs/>
          <w:lang w:bidi="pa-IN"/>
        </w:rPr>
        <w:t>ਕਰਦਾ/ਕਰਦੀ ਹੈ</w:t>
      </w:r>
      <w:r>
        <w:rPr>
          <w:rFonts w:cs="Raavi"/>
          <w:cs/>
        </w:rPr>
        <w:t xml:space="preserve"> ਕਿ ਮਹਾਰਾਸ਼ਟਰ ਸਰਕਾਰ ਇਸ ਪੰਥਕ ਖ਼ੁਦਮੁਖ਼ਤਿਆਰੀ ਅਤੇ ਜ਼ਿੰਮੇਵਾਰੀ ਦਾ ਸਤਿਕਾਰ ਅਤੇ ਸੁਰੱਖਿਆ ਕਰੇ।</w:t>
      </w:r>
    </w:p>
    <w:p w14:paraId="57F77D56" w14:textId="7B11BF2F" w:rsidR="00ED163D" w:rsidRDefault="00000000">
      <w:pPr>
        <w:pStyle w:val="Punjabi"/>
        <w:rPr>
          <w:kern w:val="2"/>
          <w:sz w:val="24"/>
          <w:szCs w:val="24"/>
          <w:lang w:bidi="pa-IN"/>
          <w14:ligatures w14:val="standardContextual"/>
        </w:rPr>
      </w:pPr>
      <w:r>
        <w:rPr>
          <w:rFonts w:cs="Raavi"/>
          <w:cs/>
        </w:rPr>
        <w:t xml:space="preserve">ਆਦਰ ਸਹਿਤ </w:t>
      </w:r>
      <w:r w:rsidR="008E3DCD" w:rsidRPr="008E3DCD">
        <w:rPr>
          <w:rFonts w:cs="Raavi"/>
          <w:cs/>
        </w:rPr>
        <w:t>ਬੇਨਤੀ</w:t>
      </w:r>
      <w:r>
        <w:rPr>
          <w:rFonts w:cs="Raavi"/>
          <w:cs/>
        </w:rPr>
        <w:t xml:space="preserve"> ਕਰਨ ਵਾਲੇ</w:t>
      </w:r>
      <w: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9"/>
        <w:gridCol w:w="8617"/>
      </w:tblGrid>
      <w:tr w:rsidR="004A216C" w14:paraId="46A7A2BF" w14:textId="77777777">
        <w:tc>
          <w:tcPr>
            <w:tcW w:w="1872" w:type="dxa"/>
            <w:tcBorders>
              <w:top w:val="single" w:sz="8" w:space="0" w:color="auto"/>
              <w:left w:val="single" w:sz="8" w:space="0" w:color="auto"/>
              <w:bottom w:val="single" w:sz="8" w:space="0" w:color="auto"/>
              <w:right w:val="single" w:sz="8" w:space="0" w:color="auto"/>
            </w:tcBorders>
            <w:shd w:val="clear" w:color="auto" w:fill="EAF2F8"/>
            <w:hideMark/>
          </w:tcPr>
          <w:p w14:paraId="4694F817" w14:textId="77777777" w:rsidR="004A216C" w:rsidRDefault="004A216C">
            <w:pPr>
              <w:spacing w:after="0" w:line="220" w:lineRule="atLeast"/>
              <w:rPr>
                <w:kern w:val="2"/>
                <w:szCs w:val="21"/>
                <w:lang w:bidi="pa-IN"/>
                <w14:ligatures w14:val="standardContextual"/>
              </w:rPr>
            </w:pPr>
            <w:r>
              <w:rPr>
                <w:b/>
                <w:bCs/>
                <w:color w:val="000000"/>
              </w:rPr>
              <w:t>Full Name of Individual</w:t>
            </w:r>
          </w:p>
        </w:tc>
        <w:tc>
          <w:tcPr>
            <w:tcW w:w="8568" w:type="dxa"/>
            <w:tcBorders>
              <w:top w:val="single" w:sz="8" w:space="0" w:color="auto"/>
              <w:left w:val="nil"/>
              <w:bottom w:val="single" w:sz="8" w:space="0" w:color="auto"/>
              <w:right w:val="single" w:sz="8" w:space="0" w:color="auto"/>
            </w:tcBorders>
            <w:hideMark/>
          </w:tcPr>
          <w:p w14:paraId="38EC4CB1" w14:textId="77777777" w:rsidR="005F0CC0" w:rsidRDefault="005F0CC0">
            <w:pPr>
              <w:spacing w:after="0" w:line="220" w:lineRule="atLeast"/>
            </w:pPr>
          </w:p>
          <w:p w14:paraId="5BFE5249" w14:textId="38B5FE5F" w:rsidR="004A216C" w:rsidRDefault="004A216C">
            <w:pPr>
              <w:spacing w:after="0" w:line="220" w:lineRule="atLeast"/>
            </w:pPr>
            <w:r>
              <w:t>___________________________________________________________________________________</w:t>
            </w:r>
          </w:p>
        </w:tc>
      </w:tr>
      <w:tr w:rsidR="004A216C" w14:paraId="346B2854" w14:textId="77777777">
        <w:tc>
          <w:tcPr>
            <w:tcW w:w="1872" w:type="dxa"/>
            <w:tcBorders>
              <w:top w:val="nil"/>
              <w:left w:val="single" w:sz="8" w:space="0" w:color="auto"/>
              <w:bottom w:val="single" w:sz="8" w:space="0" w:color="auto"/>
              <w:right w:val="single" w:sz="8" w:space="0" w:color="auto"/>
            </w:tcBorders>
            <w:shd w:val="clear" w:color="auto" w:fill="EAF2F8"/>
            <w:hideMark/>
          </w:tcPr>
          <w:p w14:paraId="281B4644" w14:textId="77777777" w:rsidR="004A216C" w:rsidRDefault="004A216C">
            <w:pPr>
              <w:spacing w:after="0" w:line="220" w:lineRule="atLeast"/>
            </w:pPr>
            <w:r>
              <w:rPr>
                <w:b/>
                <w:bCs/>
                <w:color w:val="000000"/>
              </w:rPr>
              <w:t>Address / City / State / Country</w:t>
            </w:r>
          </w:p>
        </w:tc>
        <w:tc>
          <w:tcPr>
            <w:tcW w:w="8568" w:type="dxa"/>
            <w:tcBorders>
              <w:top w:val="nil"/>
              <w:left w:val="nil"/>
              <w:bottom w:val="single" w:sz="8" w:space="0" w:color="auto"/>
              <w:right w:val="single" w:sz="8" w:space="0" w:color="auto"/>
            </w:tcBorders>
            <w:hideMark/>
          </w:tcPr>
          <w:p w14:paraId="3963601E" w14:textId="77777777" w:rsidR="004A216C" w:rsidRDefault="004A216C">
            <w:pPr>
              <w:spacing w:after="0" w:line="220" w:lineRule="atLeast"/>
            </w:pPr>
            <w:r>
              <w:t>___________________________________________________________________________________</w:t>
            </w:r>
          </w:p>
        </w:tc>
      </w:tr>
      <w:tr w:rsidR="004A216C" w14:paraId="6E1762E2" w14:textId="77777777">
        <w:tc>
          <w:tcPr>
            <w:tcW w:w="1872" w:type="dxa"/>
            <w:tcBorders>
              <w:top w:val="nil"/>
              <w:left w:val="single" w:sz="8" w:space="0" w:color="auto"/>
              <w:bottom w:val="single" w:sz="8" w:space="0" w:color="auto"/>
              <w:right w:val="single" w:sz="8" w:space="0" w:color="auto"/>
            </w:tcBorders>
            <w:shd w:val="clear" w:color="auto" w:fill="EAF2F8"/>
            <w:hideMark/>
          </w:tcPr>
          <w:p w14:paraId="0DF6F8A8" w14:textId="77777777" w:rsidR="004A216C" w:rsidRDefault="004A216C">
            <w:pPr>
              <w:spacing w:after="0" w:line="220" w:lineRule="atLeast"/>
            </w:pPr>
            <w:r>
              <w:rPr>
                <w:b/>
                <w:bCs/>
                <w:color w:val="000000"/>
              </w:rPr>
              <w:t xml:space="preserve">Preferred Public Name (optional) </w:t>
            </w:r>
          </w:p>
        </w:tc>
        <w:tc>
          <w:tcPr>
            <w:tcW w:w="8568" w:type="dxa"/>
            <w:tcBorders>
              <w:top w:val="nil"/>
              <w:left w:val="nil"/>
              <w:bottom w:val="single" w:sz="8" w:space="0" w:color="auto"/>
              <w:right w:val="single" w:sz="8" w:space="0" w:color="auto"/>
            </w:tcBorders>
            <w:hideMark/>
          </w:tcPr>
          <w:p w14:paraId="29410E64" w14:textId="77777777" w:rsidR="005F0CC0" w:rsidRDefault="005F0CC0">
            <w:pPr>
              <w:spacing w:after="0" w:line="220" w:lineRule="atLeast"/>
            </w:pPr>
          </w:p>
          <w:p w14:paraId="56AE0C36" w14:textId="5C46F565" w:rsidR="004A216C" w:rsidRDefault="004A216C">
            <w:pPr>
              <w:spacing w:after="0" w:line="220" w:lineRule="atLeast"/>
            </w:pPr>
            <w:r>
              <w:t>___________________________________________________Title________________________________</w:t>
            </w:r>
          </w:p>
        </w:tc>
      </w:tr>
      <w:tr w:rsidR="004A216C" w14:paraId="33D5C0E1" w14:textId="77777777">
        <w:tc>
          <w:tcPr>
            <w:tcW w:w="1872" w:type="dxa"/>
            <w:tcBorders>
              <w:top w:val="nil"/>
              <w:left w:val="single" w:sz="8" w:space="0" w:color="auto"/>
              <w:bottom w:val="single" w:sz="8" w:space="0" w:color="auto"/>
              <w:right w:val="single" w:sz="8" w:space="0" w:color="auto"/>
            </w:tcBorders>
            <w:shd w:val="clear" w:color="auto" w:fill="EAF2F8"/>
            <w:hideMark/>
          </w:tcPr>
          <w:p w14:paraId="12396E31" w14:textId="77777777" w:rsidR="004A216C" w:rsidRDefault="004A216C">
            <w:pPr>
              <w:spacing w:after="0" w:line="220" w:lineRule="atLeast"/>
            </w:pPr>
            <w:r>
              <w:rPr>
                <w:b/>
                <w:bCs/>
                <w:color w:val="000000"/>
              </w:rPr>
              <w:t>Email / Phone</w:t>
            </w:r>
          </w:p>
        </w:tc>
        <w:tc>
          <w:tcPr>
            <w:tcW w:w="8568" w:type="dxa"/>
            <w:tcBorders>
              <w:top w:val="nil"/>
              <w:left w:val="nil"/>
              <w:bottom w:val="single" w:sz="8" w:space="0" w:color="auto"/>
              <w:right w:val="single" w:sz="8" w:space="0" w:color="auto"/>
            </w:tcBorders>
            <w:hideMark/>
          </w:tcPr>
          <w:p w14:paraId="40450B78" w14:textId="77777777" w:rsidR="004A216C" w:rsidRDefault="004A216C">
            <w:pPr>
              <w:spacing w:after="0" w:line="220" w:lineRule="atLeast"/>
            </w:pPr>
            <w:r>
              <w:t>___________________________________________________________________________________</w:t>
            </w:r>
          </w:p>
        </w:tc>
      </w:tr>
      <w:tr w:rsidR="004A216C" w14:paraId="560054D8" w14:textId="77777777">
        <w:tc>
          <w:tcPr>
            <w:tcW w:w="1872" w:type="dxa"/>
            <w:tcBorders>
              <w:top w:val="nil"/>
              <w:left w:val="single" w:sz="8" w:space="0" w:color="auto"/>
              <w:bottom w:val="single" w:sz="8" w:space="0" w:color="auto"/>
              <w:right w:val="single" w:sz="8" w:space="0" w:color="auto"/>
            </w:tcBorders>
            <w:shd w:val="clear" w:color="auto" w:fill="EAF2F8"/>
            <w:hideMark/>
          </w:tcPr>
          <w:p w14:paraId="2A5539C0" w14:textId="77777777" w:rsidR="004A216C" w:rsidRDefault="004A216C">
            <w:pPr>
              <w:spacing w:after="0" w:line="220" w:lineRule="atLeast"/>
            </w:pPr>
            <w:r>
              <w:rPr>
                <w:b/>
                <w:bCs/>
                <w:color w:val="000000"/>
              </w:rPr>
              <w:t>Signature / Date Signed</w:t>
            </w:r>
          </w:p>
        </w:tc>
        <w:tc>
          <w:tcPr>
            <w:tcW w:w="8568" w:type="dxa"/>
            <w:tcBorders>
              <w:top w:val="nil"/>
              <w:left w:val="nil"/>
              <w:bottom w:val="single" w:sz="8" w:space="0" w:color="auto"/>
              <w:right w:val="single" w:sz="8" w:space="0" w:color="auto"/>
            </w:tcBorders>
            <w:hideMark/>
          </w:tcPr>
          <w:p w14:paraId="7164160D" w14:textId="77777777" w:rsidR="005F0CC0" w:rsidRDefault="005F0CC0">
            <w:pPr>
              <w:spacing w:after="0" w:line="220" w:lineRule="atLeast"/>
            </w:pPr>
          </w:p>
          <w:p w14:paraId="22955591" w14:textId="3FD1DEFB" w:rsidR="004A216C" w:rsidRDefault="004A216C">
            <w:pPr>
              <w:spacing w:after="0" w:line="220" w:lineRule="atLeast"/>
            </w:pPr>
            <w:r>
              <w:t>Signature: ________________________________________    Date: ____________________</w:t>
            </w:r>
          </w:p>
        </w:tc>
      </w:tr>
      <w:tr w:rsidR="004A216C" w14:paraId="4DD20EC6" w14:textId="77777777">
        <w:tc>
          <w:tcPr>
            <w:tcW w:w="1872" w:type="dxa"/>
            <w:tcBorders>
              <w:top w:val="nil"/>
              <w:left w:val="single" w:sz="8" w:space="0" w:color="auto"/>
              <w:bottom w:val="single" w:sz="8" w:space="0" w:color="auto"/>
              <w:right w:val="single" w:sz="8" w:space="0" w:color="auto"/>
            </w:tcBorders>
            <w:shd w:val="clear" w:color="auto" w:fill="EAF2F8"/>
            <w:hideMark/>
          </w:tcPr>
          <w:p w14:paraId="65C3D302" w14:textId="77777777" w:rsidR="004A216C" w:rsidRDefault="004A216C">
            <w:pPr>
              <w:spacing w:after="0" w:line="220" w:lineRule="atLeast"/>
            </w:pPr>
            <w:r>
              <w:rPr>
                <w:b/>
                <w:bCs/>
                <w:color w:val="000000"/>
              </w:rPr>
              <w:t>Additional Note (optional)</w:t>
            </w:r>
          </w:p>
        </w:tc>
        <w:tc>
          <w:tcPr>
            <w:tcW w:w="8568" w:type="dxa"/>
            <w:tcBorders>
              <w:top w:val="nil"/>
              <w:left w:val="nil"/>
              <w:bottom w:val="single" w:sz="8" w:space="0" w:color="auto"/>
              <w:right w:val="single" w:sz="8" w:space="0" w:color="auto"/>
            </w:tcBorders>
            <w:hideMark/>
          </w:tcPr>
          <w:p w14:paraId="2482ED30" w14:textId="77777777" w:rsidR="004A216C" w:rsidRDefault="004A216C">
            <w:pPr>
              <w:spacing w:after="0" w:line="220" w:lineRule="atLeast"/>
            </w:pPr>
          </w:p>
        </w:tc>
      </w:tr>
    </w:tbl>
    <w:p w14:paraId="1292DE24" w14:textId="77777777" w:rsidR="00556FB4" w:rsidRDefault="00556FB4" w:rsidP="00556FB4">
      <w:pPr>
        <w:pStyle w:val="Punjabi"/>
        <w:jc w:val="right"/>
        <w:rPr>
          <w:szCs w:val="21"/>
        </w:rPr>
      </w:pP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szCs w:val="21"/>
        </w:rPr>
        <w:t>Page 2 of 2</w:t>
      </w:r>
    </w:p>
    <w:p w14:paraId="2EFD428C" w14:textId="77777777" w:rsidR="005F0CC0" w:rsidRDefault="005F0CC0" w:rsidP="00556FB4">
      <w:pPr>
        <w:pStyle w:val="Punjabi"/>
        <w:jc w:val="right"/>
        <w:rPr>
          <w:szCs w:val="21"/>
        </w:rPr>
      </w:pPr>
    </w:p>
    <w:p w14:paraId="18121F7D" w14:textId="77777777" w:rsidR="005F0CC0" w:rsidRDefault="005F0CC0" w:rsidP="00556FB4">
      <w:pPr>
        <w:pStyle w:val="Punjabi"/>
        <w:jc w:val="right"/>
        <w:rPr>
          <w:szCs w:val="21"/>
        </w:rPr>
      </w:pPr>
    </w:p>
    <w:p w14:paraId="07D48599" w14:textId="77777777" w:rsidR="005F0CC0" w:rsidRDefault="005F0CC0" w:rsidP="00556FB4">
      <w:pPr>
        <w:pStyle w:val="Punjabi"/>
        <w:jc w:val="right"/>
        <w:rPr>
          <w:szCs w:val="21"/>
        </w:rPr>
      </w:pPr>
    </w:p>
    <w:p w14:paraId="081F192F" w14:textId="77777777" w:rsidR="005F0CC0" w:rsidRDefault="005F0CC0" w:rsidP="00556FB4">
      <w:pPr>
        <w:pStyle w:val="Punjabi"/>
        <w:jc w:val="right"/>
        <w:rPr>
          <w:szCs w:val="21"/>
        </w:rPr>
      </w:pPr>
    </w:p>
    <w:p w14:paraId="5E8F40CE" w14:textId="77777777" w:rsidR="005F0CC0" w:rsidRDefault="005F0CC0" w:rsidP="00556FB4">
      <w:pPr>
        <w:pStyle w:val="Punjabi"/>
        <w:jc w:val="right"/>
        <w:rPr>
          <w:kern w:val="2"/>
          <w:sz w:val="24"/>
          <w:szCs w:val="24"/>
          <w:lang w:bidi="pa-IN"/>
          <w14:ligatures w14:val="standardContextual"/>
        </w:rPr>
      </w:pPr>
    </w:p>
    <w:p w14:paraId="379F359A" w14:textId="77777777" w:rsidR="0007029E" w:rsidRDefault="0007029E" w:rsidP="0007029E">
      <w:pPr>
        <w:pStyle w:val="Heading1"/>
        <w:rPr>
          <w:kern w:val="36"/>
          <w:szCs w:val="30"/>
          <w:lang w:bidi="pa-IN"/>
          <w14:ligatures w14:val="standardContextual"/>
        </w:rPr>
      </w:pPr>
      <w:r>
        <w:lastRenderedPageBreak/>
        <w:t xml:space="preserve">4. </w:t>
      </w:r>
      <w:r>
        <w:rPr>
          <w:rFonts w:ascii="Raavi" w:hAnsi="Raavi" w:cs="Raavi"/>
          <w:sz w:val="28"/>
          <w:cs/>
        </w:rPr>
        <w:t>ਜਵਾਬ / ਸਮਰਥਨ ਫਾਰਮ</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8513"/>
      </w:tblGrid>
      <w:tr w:rsidR="004A216C" w14:paraId="13D23BD2" w14:textId="77777777">
        <w:tc>
          <w:tcPr>
            <w:tcW w:w="1872" w:type="dxa"/>
            <w:tcBorders>
              <w:top w:val="single" w:sz="8" w:space="0" w:color="auto"/>
              <w:left w:val="single" w:sz="8" w:space="0" w:color="auto"/>
              <w:bottom w:val="single" w:sz="8" w:space="0" w:color="auto"/>
              <w:right w:val="single" w:sz="8" w:space="0" w:color="auto"/>
            </w:tcBorders>
            <w:shd w:val="clear" w:color="auto" w:fill="EAF2F8"/>
            <w:hideMark/>
          </w:tcPr>
          <w:p w14:paraId="5E360412" w14:textId="77777777" w:rsidR="004A216C" w:rsidRDefault="004A216C">
            <w:pPr>
              <w:spacing w:after="0" w:line="220" w:lineRule="atLeast"/>
              <w:rPr>
                <w:kern w:val="2"/>
                <w:szCs w:val="21"/>
                <w:lang w:bidi="pa-IN"/>
                <w14:ligatures w14:val="standardContextual"/>
              </w:rPr>
            </w:pPr>
            <w:r>
              <w:rPr>
                <w:b/>
                <w:bCs/>
                <w:color w:val="000000"/>
              </w:rPr>
              <w:t>Full Name of Individual</w:t>
            </w:r>
          </w:p>
        </w:tc>
        <w:tc>
          <w:tcPr>
            <w:tcW w:w="8568" w:type="dxa"/>
            <w:tcBorders>
              <w:top w:val="single" w:sz="8" w:space="0" w:color="auto"/>
              <w:left w:val="nil"/>
              <w:bottom w:val="single" w:sz="8" w:space="0" w:color="auto"/>
              <w:right w:val="single" w:sz="8" w:space="0" w:color="auto"/>
            </w:tcBorders>
            <w:hideMark/>
          </w:tcPr>
          <w:p w14:paraId="5946FFDA" w14:textId="77777777" w:rsidR="004A216C" w:rsidRDefault="004A216C">
            <w:pPr>
              <w:spacing w:after="0" w:line="220" w:lineRule="atLeast"/>
            </w:pPr>
            <w:r>
              <w:t>___________________________________________________________________________________</w:t>
            </w:r>
          </w:p>
        </w:tc>
      </w:tr>
      <w:tr w:rsidR="004A216C" w14:paraId="3AACC14F" w14:textId="77777777">
        <w:tc>
          <w:tcPr>
            <w:tcW w:w="1872" w:type="dxa"/>
            <w:tcBorders>
              <w:top w:val="nil"/>
              <w:left w:val="single" w:sz="8" w:space="0" w:color="auto"/>
              <w:bottom w:val="single" w:sz="8" w:space="0" w:color="auto"/>
              <w:right w:val="single" w:sz="8" w:space="0" w:color="auto"/>
            </w:tcBorders>
            <w:shd w:val="clear" w:color="auto" w:fill="EAF2F8"/>
            <w:hideMark/>
          </w:tcPr>
          <w:p w14:paraId="034D90CE" w14:textId="77777777" w:rsidR="004A216C" w:rsidRDefault="004A216C">
            <w:pPr>
              <w:spacing w:after="0" w:line="220" w:lineRule="atLeast"/>
            </w:pPr>
            <w:r>
              <w:rPr>
                <w:b/>
                <w:bCs/>
                <w:color w:val="000000"/>
              </w:rPr>
              <w:t>Address / City / State / Province / Country</w:t>
            </w:r>
          </w:p>
        </w:tc>
        <w:tc>
          <w:tcPr>
            <w:tcW w:w="8568" w:type="dxa"/>
            <w:tcBorders>
              <w:top w:val="nil"/>
              <w:left w:val="nil"/>
              <w:bottom w:val="single" w:sz="8" w:space="0" w:color="auto"/>
              <w:right w:val="single" w:sz="8" w:space="0" w:color="auto"/>
            </w:tcBorders>
            <w:hideMark/>
          </w:tcPr>
          <w:p w14:paraId="51B8D413" w14:textId="77777777" w:rsidR="004A216C" w:rsidRDefault="004A216C">
            <w:pPr>
              <w:spacing w:after="0" w:line="220" w:lineRule="atLeast"/>
            </w:pPr>
            <w:r>
              <w:t>___________________________________________________________________________________</w:t>
            </w:r>
          </w:p>
        </w:tc>
      </w:tr>
      <w:tr w:rsidR="004A216C" w14:paraId="00646657" w14:textId="77777777">
        <w:tc>
          <w:tcPr>
            <w:tcW w:w="1872" w:type="dxa"/>
            <w:tcBorders>
              <w:top w:val="nil"/>
              <w:left w:val="single" w:sz="8" w:space="0" w:color="auto"/>
              <w:bottom w:val="single" w:sz="8" w:space="0" w:color="auto"/>
              <w:right w:val="single" w:sz="8" w:space="0" w:color="auto"/>
            </w:tcBorders>
            <w:shd w:val="clear" w:color="auto" w:fill="EAF2F8"/>
            <w:hideMark/>
          </w:tcPr>
          <w:p w14:paraId="1080CD77" w14:textId="77777777" w:rsidR="004A216C" w:rsidRDefault="004A216C">
            <w:pPr>
              <w:spacing w:after="0" w:line="220" w:lineRule="atLeast"/>
            </w:pPr>
            <w:r>
              <w:rPr>
                <w:b/>
                <w:bCs/>
                <w:color w:val="000000"/>
              </w:rPr>
              <w:t>Preferred Public Name (optional)</w:t>
            </w:r>
          </w:p>
        </w:tc>
        <w:tc>
          <w:tcPr>
            <w:tcW w:w="8568" w:type="dxa"/>
            <w:tcBorders>
              <w:top w:val="nil"/>
              <w:left w:val="nil"/>
              <w:bottom w:val="single" w:sz="8" w:space="0" w:color="auto"/>
              <w:right w:val="single" w:sz="8" w:space="0" w:color="auto"/>
            </w:tcBorders>
            <w:hideMark/>
          </w:tcPr>
          <w:p w14:paraId="385718EF" w14:textId="77777777" w:rsidR="004A216C" w:rsidRDefault="004A216C">
            <w:pPr>
              <w:spacing w:after="0" w:line="220" w:lineRule="atLeast"/>
            </w:pPr>
            <w:r>
              <w:t>___________________________________________________________________________________</w:t>
            </w:r>
          </w:p>
        </w:tc>
      </w:tr>
      <w:tr w:rsidR="004A216C" w14:paraId="30F1613E" w14:textId="77777777">
        <w:tc>
          <w:tcPr>
            <w:tcW w:w="1872" w:type="dxa"/>
            <w:tcBorders>
              <w:top w:val="nil"/>
              <w:left w:val="single" w:sz="8" w:space="0" w:color="auto"/>
              <w:bottom w:val="single" w:sz="8" w:space="0" w:color="auto"/>
              <w:right w:val="single" w:sz="8" w:space="0" w:color="auto"/>
            </w:tcBorders>
            <w:shd w:val="clear" w:color="auto" w:fill="EAF2F8"/>
            <w:hideMark/>
          </w:tcPr>
          <w:p w14:paraId="26B6BF18" w14:textId="77777777" w:rsidR="004A216C" w:rsidRDefault="004A216C">
            <w:pPr>
              <w:spacing w:after="0" w:line="220" w:lineRule="atLeast"/>
            </w:pPr>
            <w:r>
              <w:rPr>
                <w:b/>
                <w:bCs/>
                <w:color w:val="000000"/>
              </w:rPr>
              <w:t>Occupation / Sikh Affiliation (optional)</w:t>
            </w:r>
          </w:p>
        </w:tc>
        <w:tc>
          <w:tcPr>
            <w:tcW w:w="8568" w:type="dxa"/>
            <w:tcBorders>
              <w:top w:val="nil"/>
              <w:left w:val="nil"/>
              <w:bottom w:val="single" w:sz="8" w:space="0" w:color="auto"/>
              <w:right w:val="single" w:sz="8" w:space="0" w:color="auto"/>
            </w:tcBorders>
            <w:hideMark/>
          </w:tcPr>
          <w:p w14:paraId="4BCDCAFE" w14:textId="77777777" w:rsidR="004A216C" w:rsidRDefault="004A216C">
            <w:pPr>
              <w:spacing w:after="0" w:line="220" w:lineRule="atLeast"/>
            </w:pPr>
            <w:r>
              <w:t>___________________________________________________________________________________</w:t>
            </w:r>
          </w:p>
        </w:tc>
      </w:tr>
      <w:tr w:rsidR="004A216C" w14:paraId="0851B95A" w14:textId="77777777">
        <w:tc>
          <w:tcPr>
            <w:tcW w:w="1872" w:type="dxa"/>
            <w:tcBorders>
              <w:top w:val="nil"/>
              <w:left w:val="single" w:sz="8" w:space="0" w:color="auto"/>
              <w:bottom w:val="single" w:sz="8" w:space="0" w:color="auto"/>
              <w:right w:val="single" w:sz="8" w:space="0" w:color="auto"/>
            </w:tcBorders>
            <w:shd w:val="clear" w:color="auto" w:fill="EAF2F8"/>
            <w:hideMark/>
          </w:tcPr>
          <w:p w14:paraId="372C61BD" w14:textId="77777777" w:rsidR="004A216C" w:rsidRDefault="004A216C">
            <w:pPr>
              <w:spacing w:after="0" w:line="220" w:lineRule="atLeast"/>
            </w:pPr>
            <w:r>
              <w:rPr>
                <w:b/>
                <w:bCs/>
                <w:color w:val="000000"/>
              </w:rPr>
              <w:t>Email / Phone</w:t>
            </w:r>
          </w:p>
        </w:tc>
        <w:tc>
          <w:tcPr>
            <w:tcW w:w="8568" w:type="dxa"/>
            <w:tcBorders>
              <w:top w:val="nil"/>
              <w:left w:val="nil"/>
              <w:bottom w:val="single" w:sz="8" w:space="0" w:color="auto"/>
              <w:right w:val="single" w:sz="8" w:space="0" w:color="auto"/>
            </w:tcBorders>
            <w:hideMark/>
          </w:tcPr>
          <w:p w14:paraId="3CAE5DD0" w14:textId="77777777" w:rsidR="004A216C" w:rsidRDefault="004A216C">
            <w:pPr>
              <w:spacing w:after="0" w:line="220" w:lineRule="atLeast"/>
            </w:pPr>
            <w:r>
              <w:t>___________________________________________________________________________________</w:t>
            </w:r>
          </w:p>
        </w:tc>
      </w:tr>
      <w:tr w:rsidR="004A216C" w14:paraId="3D27B2A3" w14:textId="77777777">
        <w:tc>
          <w:tcPr>
            <w:tcW w:w="1872" w:type="dxa"/>
            <w:tcBorders>
              <w:top w:val="nil"/>
              <w:left w:val="single" w:sz="8" w:space="0" w:color="auto"/>
              <w:bottom w:val="single" w:sz="8" w:space="0" w:color="auto"/>
              <w:right w:val="single" w:sz="8" w:space="0" w:color="auto"/>
            </w:tcBorders>
            <w:shd w:val="clear" w:color="auto" w:fill="EAF2F8"/>
            <w:hideMark/>
          </w:tcPr>
          <w:p w14:paraId="42405B6E" w14:textId="77777777" w:rsidR="004A216C" w:rsidRDefault="004A216C">
            <w:pPr>
              <w:spacing w:after="0" w:line="220" w:lineRule="atLeast"/>
            </w:pPr>
            <w:r>
              <w:rPr>
                <w:b/>
                <w:bCs/>
                <w:color w:val="000000"/>
              </w:rPr>
              <w:t>Signature / Date Signed</w:t>
            </w:r>
          </w:p>
        </w:tc>
        <w:tc>
          <w:tcPr>
            <w:tcW w:w="8568" w:type="dxa"/>
            <w:tcBorders>
              <w:top w:val="nil"/>
              <w:left w:val="nil"/>
              <w:bottom w:val="single" w:sz="8" w:space="0" w:color="auto"/>
              <w:right w:val="single" w:sz="8" w:space="0" w:color="auto"/>
            </w:tcBorders>
            <w:hideMark/>
          </w:tcPr>
          <w:p w14:paraId="3A006B78" w14:textId="77777777" w:rsidR="004A216C" w:rsidRDefault="004A216C">
            <w:pPr>
              <w:spacing w:after="0" w:line="220" w:lineRule="atLeast"/>
            </w:pPr>
            <w:r>
              <w:t>Signature: ________________________________________    Date: ____________________</w:t>
            </w:r>
          </w:p>
        </w:tc>
      </w:tr>
      <w:tr w:rsidR="004A216C" w14:paraId="293FF4E7" w14:textId="77777777">
        <w:tc>
          <w:tcPr>
            <w:tcW w:w="1872" w:type="dxa"/>
            <w:tcBorders>
              <w:top w:val="nil"/>
              <w:left w:val="single" w:sz="8" w:space="0" w:color="auto"/>
              <w:bottom w:val="single" w:sz="8" w:space="0" w:color="auto"/>
              <w:right w:val="single" w:sz="8" w:space="0" w:color="auto"/>
            </w:tcBorders>
            <w:shd w:val="clear" w:color="auto" w:fill="EAF2F8"/>
            <w:hideMark/>
          </w:tcPr>
          <w:p w14:paraId="36FCDB1A" w14:textId="77777777" w:rsidR="004A216C" w:rsidRDefault="004A216C">
            <w:pPr>
              <w:spacing w:after="0" w:line="220" w:lineRule="atLeast"/>
            </w:pPr>
            <w:r>
              <w:rPr>
                <w:b/>
                <w:bCs/>
                <w:color w:val="000000"/>
              </w:rPr>
              <w:t>Additional Note (optional)</w:t>
            </w:r>
          </w:p>
        </w:tc>
        <w:tc>
          <w:tcPr>
            <w:tcW w:w="8568" w:type="dxa"/>
            <w:tcBorders>
              <w:top w:val="nil"/>
              <w:left w:val="nil"/>
              <w:bottom w:val="single" w:sz="8" w:space="0" w:color="auto"/>
              <w:right w:val="single" w:sz="8" w:space="0" w:color="auto"/>
            </w:tcBorders>
            <w:hideMark/>
          </w:tcPr>
          <w:p w14:paraId="1D6E3DA7" w14:textId="77777777" w:rsidR="004A216C" w:rsidRDefault="004A216C">
            <w:pPr>
              <w:spacing w:after="0" w:line="220" w:lineRule="atLeast"/>
            </w:pPr>
          </w:p>
        </w:tc>
      </w:tr>
    </w:tbl>
    <w:p w14:paraId="02FFF204" w14:textId="77777777" w:rsidR="004E3F76" w:rsidRDefault="004E3F76"/>
    <w:p w14:paraId="2FF433A2" w14:textId="77777777" w:rsidR="004E3F76" w:rsidRDefault="00000000">
      <w:pPr>
        <w:pStyle w:val="Punjabi"/>
      </w:pPr>
      <w:r>
        <w:t>ਜਵਾਬ: ☐ ਜਿਵੇਂ ਲਿਖਿਆ ਹੈ, ਅਸੀਂ ਸਮਰਥਨ ਕਰਦੇ ਹਾਂ।  ☐ ਅਸੀਂ ਸੁਝਾਈਆਂ ਸੋਧਾਂ ਨਾਲ ਸਮਰਥਨ ਕਰਦੇ ਹਾਂ।  ☐ ਅਸੀਂ ਹੋਰ ਚਰਚਾ ਕਰਨਾ ਚਾਹੁੰਦੇ ਹਾਂ।  ☐ ਅਸੀਂ ਇਸ ਵੇਲੇ ਸਮਰਥਨ ਨਹੀਂ ਕਰਦੇ।</w:t>
      </w:r>
    </w:p>
    <w:p w14:paraId="466D9FD3" w14:textId="77777777" w:rsidR="004E3F76" w:rsidRDefault="00000000">
      <w:pPr>
        <w:pStyle w:val="Punjabi"/>
      </w:pPr>
      <w:r>
        <w:t>ਪ੍ਰਕਾਸ਼ਨ ਲਈ ਆਗਿਆ: ☐ ਹਾਂ, ਮੇਰਾ ਨਾਮ ਸਮਰਥਕ ਵਜੋਂ ਪ੍ਰਕਾਸ਼ਿਤ ਕੀਤਾ ਜਾ ਸਕਦਾ ਹੈ।  ☐ ਨਹੀਂ, ਸਾਡਾ ਸਮਰਥਨ ਨਿੱਜੀ ਰੱਖਿਆ ਜਾਵੇ।</w:t>
      </w:r>
    </w:p>
    <w:p w14:paraId="53D35DA7" w14:textId="77777777" w:rsidR="00ED163D" w:rsidRDefault="00ED163D">
      <w:pPr>
        <w:pStyle w:val="Punjabi"/>
        <w:rPr>
          <w:kern w:val="2"/>
          <w:sz w:val="24"/>
          <w:szCs w:val="24"/>
          <w:lang w:bidi="pa-IN"/>
          <w14:ligatures w14:val="standardContextual"/>
        </w:rPr>
      </w:pPr>
      <w:r>
        <w:rPr>
          <w:rFonts w:cs="Raavi"/>
          <w:cs/>
        </w:rPr>
        <w:t xml:space="preserve">ਵਿਕਲਪਿਕ ਵੀਡੀਓ ਕਲਿੱਪ ਲਈ ਆਗਿਆ: </w:t>
      </w:r>
      <w:r>
        <w:rPr>
          <w:rFonts w:ascii="Segoe UI Symbol" w:hAnsi="Segoe UI Symbol" w:cs="Segoe UI Symbol" w:hint="cs"/>
          <w:cs/>
        </w:rPr>
        <w:t>☐</w:t>
      </w:r>
      <w:r>
        <w:rPr>
          <w:rFonts w:cs="Raavi"/>
          <w:cs/>
        </w:rPr>
        <w:t xml:space="preserve"> </w:t>
      </w:r>
      <w:r>
        <w:rPr>
          <w:rFonts w:ascii="Raavi" w:hAnsi="Raavi" w:cs="Raavi" w:hint="cs"/>
          <w:cs/>
        </w:rPr>
        <w:t>ਹਾਂ</w:t>
      </w:r>
      <w:r>
        <w:t xml:space="preserve">, </w:t>
      </w:r>
      <w:r>
        <w:rPr>
          <w:rFonts w:cs="Raavi"/>
          <w:cs/>
        </w:rPr>
        <w:t>ਮੈਂ/ਅਸੀਂ ਇਸ ਪਹਿਲਕਦਮੀ ਲਈ ਆਪਣੀ/ਸਾਡੀ ਵੀਡੀਓ ਕਲਿੱਪ ਨੂੰ ਵਰਤਣ</w:t>
      </w:r>
      <w:r>
        <w:t xml:space="preserve">, </w:t>
      </w:r>
      <w:r>
        <w:rPr>
          <w:rFonts w:cs="Raavi"/>
          <w:cs/>
        </w:rPr>
        <w:t>ਅੱਪਲੋਡ ਕਰਨ</w:t>
      </w:r>
      <w:r>
        <w:t xml:space="preserve">, </w:t>
      </w:r>
      <w:r>
        <w:rPr>
          <w:rFonts w:cs="Raavi"/>
          <w:cs/>
        </w:rPr>
        <w:t>ਪੋਸਟ ਕਰਨ ਜਾਂ ਸਾਂਝਾ ਕਰਨ ਦੀ ਆਗਿਆ ਦਿੰਦੇ ਹਾਂ</w:t>
      </w:r>
      <w:r>
        <w:t xml:space="preserve">, </w:t>
      </w:r>
      <w:r>
        <w:rPr>
          <w:rFonts w:cs="Raavi"/>
          <w:cs/>
        </w:rPr>
        <w:t xml:space="preserve">ਜਿਸ ਵਿੱਚ </w:t>
      </w:r>
      <w:r>
        <w:t xml:space="preserve">hazursahibproject.org </w:t>
      </w:r>
      <w:r>
        <w:rPr>
          <w:rFonts w:cs="Raavi"/>
          <w:cs/>
        </w:rPr>
        <w:t>ਅਤੇ ਸੰਬੰਧਿਤ ਕਾਨੂੰਨੀ ਜਨ-ਜਾਗਰੂਕਤਾ ਸੰਚਾਰ ਸ਼ਾਮਲ ਹੋ ਸਕਦੇ ਹਨ।</w:t>
      </w:r>
      <w:r>
        <w:t xml:space="preserve">  </w:t>
      </w:r>
      <w:r>
        <w:rPr>
          <w:rFonts w:ascii="Segoe UI Symbol" w:hAnsi="Segoe UI Symbol" w:cs="Segoe UI Symbol"/>
        </w:rPr>
        <w:t>☐</w:t>
      </w:r>
      <w:r>
        <w:t xml:space="preserve"> </w:t>
      </w:r>
      <w:r>
        <w:rPr>
          <w:rFonts w:cs="Raavi"/>
          <w:cs/>
        </w:rPr>
        <w:t>ਨਹੀਂ</w:t>
      </w:r>
      <w:r>
        <w:t xml:space="preserve">, </w:t>
      </w:r>
      <w:r>
        <w:rPr>
          <w:rFonts w:cs="Raavi"/>
          <w:cs/>
        </w:rPr>
        <w:t>ਮੈਂ/ਅਸੀਂ ਇਸ ਵੇਲੇ ਕਿਸੇ ਵੀ ਵੀਡੀਓ ਕਲਿੱਪ ਦੀ ਜਨਤਕ ਵਰਤੋਂ ਦੀ ਆਗਿਆ ਨਹੀਂ ਦਿੰਦੇ।</w:t>
      </w:r>
    </w:p>
    <w:p w14:paraId="7699478D" w14:textId="77777777" w:rsidR="004E3F76" w:rsidRDefault="00000000">
      <w:pPr>
        <w:pStyle w:val="Punjabi"/>
      </w:pPr>
      <w:proofErr w:type="spellStart"/>
      <w:r>
        <w:t>ਮਹਾਰਾਸ਼ਟਰ</w:t>
      </w:r>
      <w:proofErr w:type="spellEnd"/>
      <w:r>
        <w:t xml:space="preserve"> </w:t>
      </w:r>
      <w:proofErr w:type="spellStart"/>
      <w:r>
        <w:t>ਸਰਕਾਰ</w:t>
      </w:r>
      <w:proofErr w:type="spellEnd"/>
      <w:r>
        <w:t xml:space="preserve"> </w:t>
      </w:r>
      <w:proofErr w:type="spellStart"/>
      <w:r>
        <w:t>ਨੂੰ</w:t>
      </w:r>
      <w:proofErr w:type="spellEnd"/>
      <w:r>
        <w:t xml:space="preserve"> </w:t>
      </w:r>
      <w:proofErr w:type="spellStart"/>
      <w:r>
        <w:t>ਪੱਤਰ</w:t>
      </w:r>
      <w:proofErr w:type="spellEnd"/>
      <w:r>
        <w:t xml:space="preserve"> ਭੇਜਣ ਬਾਰੇ:</w:t>
      </w:r>
    </w:p>
    <w:p w14:paraId="715AED9F" w14:textId="77777777" w:rsidR="004E3F76" w:rsidRDefault="00000000">
      <w:pPr>
        <w:pStyle w:val="Punjabi"/>
      </w:pPr>
      <w:r>
        <w:t>☐ ਮੈਂ ਮਹਾਰਾਸ਼ਟਰ ਸਰਕਾਰ ਨੂੰ ਆਪਣਾ ਵੱਖਰਾ ਪੱਤਰ ਖੁਦ ਭੇਜਾਂਗਾ/ਭੇਜਾਂਗੀ।</w:t>
      </w:r>
    </w:p>
    <w:p w14:paraId="59D43634" w14:textId="77777777" w:rsidR="00ED163D" w:rsidRDefault="00000000">
      <w:pPr>
        <w:pStyle w:val="Punjabi"/>
        <w:rPr>
          <w:kern w:val="2"/>
          <w:sz w:val="24"/>
          <w:szCs w:val="24"/>
          <w:lang w:bidi="pa-IN"/>
          <w14:ligatures w14:val="standardContextual"/>
        </w:rPr>
      </w:pPr>
      <w:r w:rsidRPr="00A80C42">
        <w:rPr>
          <w:rFonts w:ascii="Segoe UI Symbol" w:hAnsi="Segoe UI Symbol" w:cs="Segoe UI Symbol"/>
        </w:rPr>
        <w:t>☐</w:t>
      </w:r>
      <w:r w:rsidRPr="00A80C42">
        <w:t xml:space="preserve"> </w:t>
      </w:r>
      <w:r w:rsidRPr="00A80C42">
        <w:rPr>
          <w:rFonts w:cs="Raavi"/>
          <w:cs/>
        </w:rPr>
        <w:t>ਮੈਂ ਪਹਿਲਕਦਮੀ ਨੂੰ ਇਹ ਅਧਿਕਾਰ ਦਿੰਦਾ/ਦਿੰਦੀ ਹਾਂ ਕਿ ਉਹ ਆਪਣੇ ਵਿਵੇਕ ਅਨੁਸਾਰ ਮੇਰੇ ਦਸਤਖ਼ਤ ਕੀਤੇ ਸਮਰਥਨ ਪੱਤਰ</w:t>
      </w:r>
      <w:r w:rsidRPr="00A80C42">
        <w:t xml:space="preserve">, </w:t>
      </w:r>
      <w:r w:rsidRPr="00A80C42">
        <w:rPr>
          <w:rFonts w:cs="Raavi"/>
          <w:cs/>
        </w:rPr>
        <w:t xml:space="preserve">ਬਿਆਨ ਜਾਂ ਭਰੇ ਹੋਏ ਜਵਾਬੀ ਫਾਰਮ ਨੂੰ ਮਹਾਰਾਸ਼ਟਰ ਸਰਕਾਰ ਨੂੰ ਕੀਤੀ ਜਾਣ ਵਾਲੀ </w:t>
      </w:r>
      <w:r w:rsidRPr="00B87A83">
        <w:rPr>
          <w:rFonts w:cs="Raavi"/>
          <w:cs/>
        </w:rPr>
        <w:t xml:space="preserve">ਕਿਸੇ </w:t>
      </w:r>
      <w:r w:rsidRPr="00A80C42">
        <w:rPr>
          <w:rFonts w:cs="Raavi"/>
          <w:cs/>
        </w:rPr>
        <w:t xml:space="preserve">ਸਾਂਝੀ </w:t>
      </w:r>
      <w:r w:rsidR="00773CAF" w:rsidRPr="00773CAF">
        <w:rPr>
          <w:rFonts w:cs="Raavi"/>
          <w:cs/>
        </w:rPr>
        <w:t>ਬੇਨਤੀ</w:t>
      </w:r>
      <w:r w:rsidRPr="00A80C42">
        <w:rPr>
          <w:rFonts w:cs="Raavi"/>
          <w:cs/>
        </w:rPr>
        <w:t xml:space="preserve"> ਜਾਂ ਸੰਬੰਧਿਤ ਸੰਚਾਰ ਨਾਲ ਸ਼ਾਮਲ ਕਰਨ ਜਾਂ ਅੱਗੇ ਭੇਜਣ ਲਈ ਵਾਜਬ ਯਤਨ ਕਰ ਸਕੇ। ਮੈਂ ਸਮਝਦਾ/ਸਮਝਦੀ ਹਾਂ ਕਿ ਕਿਸੇ ਵੀ ਸਰਕਾਰੀ ਦਫ਼ਤਰ ਵੱਲੋਂ ਸ਼ਾਮਲ ਕੀਤੇ ਜਾਣ</w:t>
      </w:r>
      <w:r w:rsidRPr="00A80C42">
        <w:t xml:space="preserve">, </w:t>
      </w:r>
      <w:r w:rsidRPr="00A80C42">
        <w:rPr>
          <w:rFonts w:cs="Raavi"/>
          <w:cs/>
        </w:rPr>
        <w:t>ਅੱਗੇ ਭੇਜੇ ਜਾਣ</w:t>
      </w:r>
      <w:r w:rsidRPr="00A80C42">
        <w:t xml:space="preserve">, </w:t>
      </w:r>
      <w:r w:rsidRPr="00A80C42">
        <w:rPr>
          <w:rFonts w:cs="Raavi"/>
          <w:cs/>
        </w:rPr>
        <w:t>ਪਹੁੰਚ</w:t>
      </w:r>
      <w:r w:rsidRPr="00A80C42">
        <w:t xml:space="preserve">, </w:t>
      </w:r>
      <w:r w:rsidRPr="00A80C42">
        <w:rPr>
          <w:rFonts w:cs="Raavi"/>
          <w:cs/>
        </w:rPr>
        <w:t>ਸਮਾਂ</w:t>
      </w:r>
      <w:r w:rsidRPr="00A80C42">
        <w:t xml:space="preserve">, </w:t>
      </w:r>
      <w:r w:rsidRPr="00A80C42">
        <w:rPr>
          <w:rFonts w:cs="Raavi"/>
          <w:cs/>
        </w:rPr>
        <w:t>ਪ੍ਰਾਪਤੀ ਦੀ ਪੁਸ਼ਟੀ ਜਾਂ ਸਵੀਕ੍ਰਿਤੀ ਦੀ ਕੋਈ ਗਾਰੰਟੀ ਨਹੀਂ ਦਿੱਤੀ ਜਾ ਸਕਦੀ ਅਤੇ ਇਹ ਵਿਹਾਰਕ</w:t>
      </w:r>
      <w:r w:rsidRPr="00A80C42">
        <w:t xml:space="preserve">, </w:t>
      </w:r>
      <w:r w:rsidRPr="00A80C42">
        <w:rPr>
          <w:rFonts w:cs="Raavi"/>
          <w:cs/>
        </w:rPr>
        <w:t>ਪ੍ਰਸ਼ਾਸਕੀ</w:t>
      </w:r>
      <w:r w:rsidRPr="00A80C42">
        <w:t xml:space="preserve">, </w:t>
      </w:r>
      <w:r w:rsidRPr="00A80C42">
        <w:rPr>
          <w:rFonts w:cs="Raavi"/>
          <w:cs/>
        </w:rPr>
        <w:t>ਤਕਨੀਕੀ ਜਾਂ ਹੋਰ ਹਾਲਾਤਾਂ ’ਤੇ ਨਿਰਭਰ ਹੋ ਸਕਦਾ ਹੈ।</w:t>
      </w:r>
    </w:p>
    <w:p w14:paraId="618125A6" w14:textId="77777777" w:rsidR="004E3F76" w:rsidRDefault="00000000">
      <w:pPr>
        <w:pStyle w:val="Punjabi"/>
      </w:pPr>
      <w:r>
        <w:t xml:space="preserve">☐ </w:t>
      </w:r>
      <w:proofErr w:type="spellStart"/>
      <w:r>
        <w:t>ਅਸੀਂ</w:t>
      </w:r>
      <w:proofErr w:type="spellEnd"/>
      <w:r>
        <w:t xml:space="preserve"> </w:t>
      </w:r>
      <w:proofErr w:type="spellStart"/>
      <w:r>
        <w:t>ਇਸ</w:t>
      </w:r>
      <w:proofErr w:type="spellEnd"/>
      <w:r>
        <w:t xml:space="preserve"> </w:t>
      </w:r>
      <w:proofErr w:type="spellStart"/>
      <w:r>
        <w:t>ਵੇਲੇ</w:t>
      </w:r>
      <w:proofErr w:type="spellEnd"/>
      <w:r>
        <w:t xml:space="preserve"> </w:t>
      </w:r>
      <w:proofErr w:type="spellStart"/>
      <w:r>
        <w:t>ਮਹਾਰਾਸ਼ਟਰ</w:t>
      </w:r>
      <w:proofErr w:type="spellEnd"/>
      <w:r>
        <w:t xml:space="preserve"> ਸਰਕਾਰ ਨੂੰ ਕੋਈ ਪੱਤਰ ਨਹੀਂ ਭੇਜਣਾ ਚਾਹੁੰਦੇ ਅਤੇ ਕਿਸੇ ਪੱਤਰ ਵਿੱਚ ਸ਼ਾਮਲ ਨਹੀਂ ਹੋਣਾ ਚਾਹੁੰਦੇ।</w:t>
      </w:r>
    </w:p>
    <w:p w14:paraId="0250E40B" w14:textId="59DE4EA3" w:rsidR="003B36CC" w:rsidRDefault="00000000">
      <w:pPr>
        <w:pStyle w:val="Punjabi"/>
        <w:rPr>
          <w:rFonts w:cs="Raavi"/>
        </w:rPr>
      </w:pPr>
      <w:r>
        <w:rPr>
          <w:rFonts w:cs="Raavi"/>
          <w:cs/>
        </w:rPr>
        <w:t xml:space="preserve">ਕਿਰਪਾ ਕਰਕੇ ਇਹ ਫਾਰਮ ਇੱਥੇ ਵਾਪਸ ਭੇਜੋ: ਸਮਰਪਿਤ ਪਹਿਲਕਦਮੀ ਈਮੇਲ: </w:t>
      </w:r>
      <w:hyperlink r:id="rId8" w:history="1">
        <w:r w:rsidR="003B36CC" w:rsidRPr="00E9043F">
          <w:rPr>
            <w:rStyle w:val="Hyperlink"/>
            <w:b/>
            <w:bCs/>
          </w:rPr>
          <w:t>hazursahibproject@proton.me</w:t>
        </w:r>
      </w:hyperlink>
      <w:r>
        <w:rPr>
          <w:rFonts w:cs="Raavi"/>
          <w:cs/>
        </w:rPr>
        <w:t xml:space="preserve"> </w:t>
      </w:r>
    </w:p>
    <w:p w14:paraId="4D9C87B5" w14:textId="30D2DDBA" w:rsidR="00ED163D" w:rsidRDefault="00000000">
      <w:pPr>
        <w:pStyle w:val="Punjabi"/>
        <w:rPr>
          <w:kern w:val="2"/>
          <w:sz w:val="24"/>
          <w:szCs w:val="24"/>
          <w:lang w:bidi="pa-IN"/>
          <w14:ligatures w14:val="standardContextual"/>
        </w:rPr>
      </w:pPr>
      <w:r>
        <w:rPr>
          <w:rFonts w:cs="Raavi"/>
          <w:cs/>
        </w:rPr>
        <w:t>ਵੈੱਬਸਾਈਟ:</w:t>
      </w:r>
      <w:r>
        <w:t xml:space="preserve"> </w:t>
      </w:r>
      <w:r>
        <w:rPr>
          <w:b/>
          <w:bCs/>
        </w:rPr>
        <w:t>hazursahibproject.org</w:t>
      </w:r>
    </w:p>
    <w:sectPr w:rsidR="00ED163D"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Raavi">
    <w:panose1 w:val="02000500000000000000"/>
    <w:charset w:val="00"/>
    <w:family w:val="swiss"/>
    <w:pitch w:val="variable"/>
    <w:sig w:usb0="0002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Noto Sans Gurmukhi">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A3E62C7"/>
    <w:multiLevelType w:val="multilevel"/>
    <w:tmpl w:val="6C42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3517090">
    <w:abstractNumId w:val="8"/>
  </w:num>
  <w:num w:numId="2" w16cid:durableId="905997232">
    <w:abstractNumId w:val="6"/>
  </w:num>
  <w:num w:numId="3" w16cid:durableId="1197693815">
    <w:abstractNumId w:val="5"/>
  </w:num>
  <w:num w:numId="4" w16cid:durableId="344599575">
    <w:abstractNumId w:val="4"/>
  </w:num>
  <w:num w:numId="5" w16cid:durableId="546335277">
    <w:abstractNumId w:val="7"/>
  </w:num>
  <w:num w:numId="6" w16cid:durableId="850334215">
    <w:abstractNumId w:val="3"/>
  </w:num>
  <w:num w:numId="7" w16cid:durableId="1763456461">
    <w:abstractNumId w:val="2"/>
  </w:num>
  <w:num w:numId="8" w16cid:durableId="1154298319">
    <w:abstractNumId w:val="1"/>
  </w:num>
  <w:num w:numId="9" w16cid:durableId="345208846">
    <w:abstractNumId w:val="0"/>
  </w:num>
  <w:num w:numId="10" w16cid:durableId="17638408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27AE"/>
    <w:rsid w:val="0004338B"/>
    <w:rsid w:val="0006063C"/>
    <w:rsid w:val="0007029E"/>
    <w:rsid w:val="0007484A"/>
    <w:rsid w:val="00091934"/>
    <w:rsid w:val="000B095F"/>
    <w:rsid w:val="000B22D8"/>
    <w:rsid w:val="000F784F"/>
    <w:rsid w:val="00113AEC"/>
    <w:rsid w:val="001142F0"/>
    <w:rsid w:val="00145307"/>
    <w:rsid w:val="0015074B"/>
    <w:rsid w:val="00184443"/>
    <w:rsid w:val="001A3541"/>
    <w:rsid w:val="001B0FDF"/>
    <w:rsid w:val="001C47D5"/>
    <w:rsid w:val="002022F9"/>
    <w:rsid w:val="00215EF5"/>
    <w:rsid w:val="0025423D"/>
    <w:rsid w:val="00264921"/>
    <w:rsid w:val="00265F74"/>
    <w:rsid w:val="00283E18"/>
    <w:rsid w:val="002917B5"/>
    <w:rsid w:val="00294439"/>
    <w:rsid w:val="00296150"/>
    <w:rsid w:val="0029639D"/>
    <w:rsid w:val="002A7794"/>
    <w:rsid w:val="002B2FF9"/>
    <w:rsid w:val="002D413D"/>
    <w:rsid w:val="002F2E78"/>
    <w:rsid w:val="00303775"/>
    <w:rsid w:val="00305BE1"/>
    <w:rsid w:val="00317A45"/>
    <w:rsid w:val="00326F90"/>
    <w:rsid w:val="00327CC9"/>
    <w:rsid w:val="003365F6"/>
    <w:rsid w:val="003502D6"/>
    <w:rsid w:val="003835F5"/>
    <w:rsid w:val="003B36CC"/>
    <w:rsid w:val="004114EA"/>
    <w:rsid w:val="00426FE1"/>
    <w:rsid w:val="00430D39"/>
    <w:rsid w:val="004411D1"/>
    <w:rsid w:val="004973AF"/>
    <w:rsid w:val="004A216C"/>
    <w:rsid w:val="004C6C96"/>
    <w:rsid w:val="004C720E"/>
    <w:rsid w:val="004D620F"/>
    <w:rsid w:val="004E2551"/>
    <w:rsid w:val="004E3F76"/>
    <w:rsid w:val="004E7EFD"/>
    <w:rsid w:val="004F397F"/>
    <w:rsid w:val="005243CB"/>
    <w:rsid w:val="00530FBB"/>
    <w:rsid w:val="0054337E"/>
    <w:rsid w:val="00552DD7"/>
    <w:rsid w:val="00556FB4"/>
    <w:rsid w:val="00557C3D"/>
    <w:rsid w:val="00577F90"/>
    <w:rsid w:val="0059363F"/>
    <w:rsid w:val="005970E6"/>
    <w:rsid w:val="005C76E3"/>
    <w:rsid w:val="005E4AC9"/>
    <w:rsid w:val="005F0095"/>
    <w:rsid w:val="005F0CC0"/>
    <w:rsid w:val="005F5763"/>
    <w:rsid w:val="00634ACA"/>
    <w:rsid w:val="00665909"/>
    <w:rsid w:val="00695DE3"/>
    <w:rsid w:val="006A0516"/>
    <w:rsid w:val="006C1E4A"/>
    <w:rsid w:val="006C6DAC"/>
    <w:rsid w:val="006D4315"/>
    <w:rsid w:val="006D6A6B"/>
    <w:rsid w:val="006D734C"/>
    <w:rsid w:val="006E4422"/>
    <w:rsid w:val="006F7314"/>
    <w:rsid w:val="00724651"/>
    <w:rsid w:val="0074655F"/>
    <w:rsid w:val="007569F8"/>
    <w:rsid w:val="00757279"/>
    <w:rsid w:val="00765B57"/>
    <w:rsid w:val="0076732D"/>
    <w:rsid w:val="00773CAF"/>
    <w:rsid w:val="0077582C"/>
    <w:rsid w:val="00775DCE"/>
    <w:rsid w:val="00777922"/>
    <w:rsid w:val="00780CBC"/>
    <w:rsid w:val="007C2740"/>
    <w:rsid w:val="007D30C0"/>
    <w:rsid w:val="007E71D5"/>
    <w:rsid w:val="0081023E"/>
    <w:rsid w:val="00841E14"/>
    <w:rsid w:val="0084537B"/>
    <w:rsid w:val="00847468"/>
    <w:rsid w:val="00851CEC"/>
    <w:rsid w:val="00862C67"/>
    <w:rsid w:val="00866DF6"/>
    <w:rsid w:val="008730B7"/>
    <w:rsid w:val="00885B25"/>
    <w:rsid w:val="0089644D"/>
    <w:rsid w:val="008D3DBB"/>
    <w:rsid w:val="008E3DCD"/>
    <w:rsid w:val="008E69F0"/>
    <w:rsid w:val="008E7AF7"/>
    <w:rsid w:val="00902428"/>
    <w:rsid w:val="00905305"/>
    <w:rsid w:val="00905A78"/>
    <w:rsid w:val="00922BBC"/>
    <w:rsid w:val="009265AB"/>
    <w:rsid w:val="00932A0E"/>
    <w:rsid w:val="00935403"/>
    <w:rsid w:val="00945759"/>
    <w:rsid w:val="00956633"/>
    <w:rsid w:val="009E07EE"/>
    <w:rsid w:val="00A331E0"/>
    <w:rsid w:val="00A47E2A"/>
    <w:rsid w:val="00A50E5A"/>
    <w:rsid w:val="00A55B28"/>
    <w:rsid w:val="00A577D2"/>
    <w:rsid w:val="00A659E9"/>
    <w:rsid w:val="00A71E64"/>
    <w:rsid w:val="00A80C42"/>
    <w:rsid w:val="00A81A51"/>
    <w:rsid w:val="00AA1D8D"/>
    <w:rsid w:val="00B11ACA"/>
    <w:rsid w:val="00B1525B"/>
    <w:rsid w:val="00B200F1"/>
    <w:rsid w:val="00B22223"/>
    <w:rsid w:val="00B334C4"/>
    <w:rsid w:val="00B47730"/>
    <w:rsid w:val="00B85DDC"/>
    <w:rsid w:val="00B87A83"/>
    <w:rsid w:val="00B95460"/>
    <w:rsid w:val="00B96745"/>
    <w:rsid w:val="00BA1AA1"/>
    <w:rsid w:val="00BB544E"/>
    <w:rsid w:val="00BF605E"/>
    <w:rsid w:val="00C005D9"/>
    <w:rsid w:val="00C16109"/>
    <w:rsid w:val="00C25F42"/>
    <w:rsid w:val="00C55F50"/>
    <w:rsid w:val="00C93DEB"/>
    <w:rsid w:val="00CB0664"/>
    <w:rsid w:val="00CB1D8E"/>
    <w:rsid w:val="00CC6F15"/>
    <w:rsid w:val="00CD2F0F"/>
    <w:rsid w:val="00CE055B"/>
    <w:rsid w:val="00D10C52"/>
    <w:rsid w:val="00D2516A"/>
    <w:rsid w:val="00D53BA7"/>
    <w:rsid w:val="00D76619"/>
    <w:rsid w:val="00D84462"/>
    <w:rsid w:val="00D86203"/>
    <w:rsid w:val="00DA33C2"/>
    <w:rsid w:val="00DB3E91"/>
    <w:rsid w:val="00DB7275"/>
    <w:rsid w:val="00DD1581"/>
    <w:rsid w:val="00DD5336"/>
    <w:rsid w:val="00DF48F3"/>
    <w:rsid w:val="00E00DED"/>
    <w:rsid w:val="00E06146"/>
    <w:rsid w:val="00E33D16"/>
    <w:rsid w:val="00E97DEA"/>
    <w:rsid w:val="00EA4809"/>
    <w:rsid w:val="00ED163D"/>
    <w:rsid w:val="00F05DAC"/>
    <w:rsid w:val="00F26239"/>
    <w:rsid w:val="00F310BB"/>
    <w:rsid w:val="00F31218"/>
    <w:rsid w:val="00F42B4D"/>
    <w:rsid w:val="00F84FED"/>
    <w:rsid w:val="00FA0EFF"/>
    <w:rsid w:val="00FC4F27"/>
    <w:rsid w:val="00FC5987"/>
    <w:rsid w:val="00FC693F"/>
    <w:rsid w:val="00FE22F4"/>
  </w:rsids>
  <m:mathPr>
    <m:mathFont m:val="Cambria Math"/>
    <m:brkBin m:val="before"/>
    <m:brkBinSub m:val="--"/>
    <m:smallFrac m:val="0"/>
    <m:dispDef/>
    <m:lMargin m:val="0"/>
    <m:rMargin m:val="0"/>
    <m:defJc m:val="centerGroup"/>
    <m:wrapIndent m:val="1440"/>
    <m:intLim m:val="subSup"/>
    <m:naryLim m:val="undOvr"/>
  </m:mathPr>
  <w:themeFontLang w:val="en-US" w:eastAsia="ja-JP" w:bidi="pa-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8D36D2"/>
  <w14:defaultImageDpi w14:val="300"/>
  <w15:docId w15:val="{7F2A44D0-C064-4889-9C97-6C6CBD50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eastAsia="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496"/>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F5496"/>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unjabi">
    <w:name w:val="Punjabi"/>
    <w:basedOn w:val="Normal"/>
    <w:pPr>
      <w:spacing w:after="60" w:line="240" w:lineRule="atLeast"/>
    </w:pPr>
    <w:rPr>
      <w:rFonts w:ascii="Noto Sans Gurmukhi" w:eastAsia="Noto Sans Gurmukhi" w:hAnsi="Noto Sans Gurmukhi" w:cs="Noto Sans Gurmukhi"/>
    </w:rPr>
  </w:style>
  <w:style w:type="paragraph" w:styleId="NormalWeb">
    <w:name w:val="Normal (Web)"/>
    <w:basedOn w:val="Normal"/>
    <w:uiPriority w:val="99"/>
    <w:semiHidden/>
    <w:unhideWhenUsed/>
    <w:rsid w:val="00283E18"/>
    <w:pPr>
      <w:spacing w:before="100" w:beforeAutospacing="1" w:after="100" w:afterAutospacing="1" w:line="240" w:lineRule="auto"/>
    </w:pPr>
    <w:rPr>
      <w:rFonts w:ascii="Times New Roman" w:eastAsiaTheme="minorEastAsia" w:hAnsi="Times New Roman" w:cs="Times New Roman"/>
      <w:kern w:val="2"/>
      <w:sz w:val="24"/>
      <w:szCs w:val="24"/>
      <w:lang w:bidi="pa-IN"/>
      <w14:ligatures w14:val="standardContextual"/>
    </w:rPr>
  </w:style>
  <w:style w:type="character" w:styleId="Hyperlink">
    <w:name w:val="Hyperlink"/>
    <w:basedOn w:val="DefaultParagraphFont"/>
    <w:uiPriority w:val="99"/>
    <w:unhideWhenUsed/>
    <w:rsid w:val="00DB7275"/>
    <w:rPr>
      <w:color w:val="0000FF" w:themeColor="hyperlink"/>
      <w:u w:val="single"/>
    </w:rPr>
  </w:style>
  <w:style w:type="character" w:styleId="UnresolvedMention">
    <w:name w:val="Unresolved Mention"/>
    <w:basedOn w:val="DefaultParagraphFont"/>
    <w:uiPriority w:val="99"/>
    <w:semiHidden/>
    <w:unhideWhenUsed/>
    <w:rsid w:val="00DB7275"/>
    <w:rPr>
      <w:color w:val="605E5C"/>
      <w:shd w:val="clear" w:color="auto" w:fill="E1DFDD"/>
    </w:rPr>
  </w:style>
  <w:style w:type="table" w:styleId="GridTable4-Accent1">
    <w:name w:val="Grid Table 4 Accent 1"/>
    <w:basedOn w:val="TableNormal"/>
    <w:uiPriority w:val="49"/>
    <w:rsid w:val="00DB7275"/>
    <w:pPr>
      <w:spacing w:after="0" w:line="240" w:lineRule="auto"/>
    </w:pPr>
    <w:rPr>
      <w:rFonts w:eastAsiaTheme="minorHAnsi"/>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zursahibproject@proton.me" TargetMode="External"/><Relationship Id="rId3" Type="http://schemas.openxmlformats.org/officeDocument/2006/relationships/styles" Target="styles.xml"/><Relationship Id="rId7" Type="http://schemas.openxmlformats.org/officeDocument/2006/relationships/hyperlink" Target="mailto:hazursahibproject@proton.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hazursahibproject@proton.m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4104</Words>
  <Characters>23804</Characters>
  <Application>Microsoft Office Word</Application>
  <DocSecurity>0</DocSecurity>
  <Lines>457</Lines>
  <Paragraphs>184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27724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M365 Copilot</dc:creator>
  <cp:keywords/>
  <dc:description>generated by python-docx</dc:description>
  <cp:lastModifiedBy>Gurmeet Singh</cp:lastModifiedBy>
  <cp:revision>2</cp:revision>
  <cp:lastPrinted>2026-08-30T09:11:00Z</cp:lastPrinted>
  <dcterms:created xsi:type="dcterms:W3CDTF">2026-09-06T00:13:00Z</dcterms:created>
  <dcterms:modified xsi:type="dcterms:W3CDTF">2026-09-06T00:13:00Z</dcterms:modified>
  <cp:category/>
</cp:coreProperties>
</file>